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3B7A9AA" w14:textId="77777777" w:rsidR="00D230D3" w:rsidRDefault="00000000">
      <w:pPr>
        <w:spacing w:after="20"/>
        <w:jc w:val="center"/>
      </w:pPr>
      <w:r>
        <w:rPr>
          <w:rFonts w:ascii="Aptos Display" w:hAnsi="Aptos Display"/>
          <w:b/>
          <w:color w:val="174B3A"/>
          <w:sz w:val="36"/>
        </w:rPr>
        <w:t>20th Annual Research Forum (ARF) - 2026</w:t>
      </w:r>
    </w:p>
    <w:p w14:paraId="17F4C6D6" w14:textId="77777777" w:rsidR="00D230D3" w:rsidRDefault="00000000">
      <w:pPr>
        <w:jc w:val="center"/>
      </w:pPr>
      <w:r>
        <w:rPr>
          <w:b/>
          <w:color w:val="44733F"/>
          <w:sz w:val="23"/>
        </w:rPr>
        <w:t>Sri Lanka Agricultural Economics Association (SAEA)</w:t>
      </w:r>
    </w:p>
    <w:p w14:paraId="247CBEAF" w14:textId="77777777" w:rsidR="00D230D3" w:rsidRDefault="00000000">
      <w:pPr>
        <w:shd w:val="clear" w:color="auto" w:fill="174B3A"/>
        <w:spacing w:after="200"/>
        <w:jc w:val="center"/>
      </w:pPr>
      <w:r>
        <w:rPr>
          <w:b/>
          <w:color w:val="FFFFFF"/>
          <w:sz w:val="28"/>
        </w:rPr>
        <w:t>AUTHOR DECLARATION FORM</w:t>
      </w:r>
    </w:p>
    <w:tbl>
      <w:tblPr>
        <w:tblW w:w="9360" w:type="dxa"/>
        <w:jc w:val="center"/>
        <w:tblBorders>
          <w:top w:val="single" w:sz="2" w:space="0" w:color="E8F0DF"/>
          <w:left w:val="single" w:sz="2" w:space="0" w:color="E8F0DF"/>
          <w:bottom w:val="single" w:sz="2" w:space="0" w:color="E8F0DF"/>
          <w:right w:val="single" w:sz="2" w:space="0" w:color="E8F0DF"/>
          <w:insideH w:val="single" w:sz="2" w:space="0" w:color="E8F0DF"/>
          <w:insideV w:val="single" w:sz="2" w:space="0" w:color="E8F0DF"/>
        </w:tblBorders>
        <w:tblLayout w:type="fixed"/>
        <w:tblLook w:val="04A0" w:firstRow="1" w:lastRow="0" w:firstColumn="1" w:lastColumn="0" w:noHBand="0" w:noVBand="1"/>
      </w:tblPr>
      <w:tblGrid>
        <w:gridCol w:w="4680"/>
        <w:gridCol w:w="4680"/>
      </w:tblGrid>
      <w:tr w:rsidR="00D230D3" w14:paraId="48646AB8" w14:textId="77777777">
        <w:trPr>
          <w:jc w:val="center"/>
        </w:trPr>
        <w:tc>
          <w:tcPr>
            <w:tcW w:w="4680" w:type="dxa"/>
            <w:shd w:val="clear" w:color="auto" w:fill="E8F0DF"/>
            <w:tcMar>
              <w:top w:w="95" w:type="dxa"/>
              <w:left w:w="110" w:type="dxa"/>
              <w:bottom w:w="95" w:type="dxa"/>
              <w:right w:w="110" w:type="dxa"/>
            </w:tcMar>
            <w:vAlign w:val="center"/>
          </w:tcPr>
          <w:p w14:paraId="60AC093A" w14:textId="77777777" w:rsidR="00D230D3" w:rsidRPr="00E97BEA" w:rsidRDefault="00000000">
            <w:pPr>
              <w:spacing w:after="0"/>
              <w:rPr>
                <w:sz w:val="22"/>
                <w:szCs w:val="28"/>
              </w:rPr>
            </w:pPr>
            <w:proofErr w:type="gramStart"/>
            <w:r w:rsidRPr="00E97BEA">
              <w:rPr>
                <w:b/>
                <w:color w:val="174B3A"/>
                <w:sz w:val="22"/>
                <w:szCs w:val="28"/>
              </w:rPr>
              <w:t>DATE  |</w:t>
            </w:r>
            <w:proofErr w:type="gramEnd"/>
            <w:r w:rsidRPr="00E97BEA">
              <w:rPr>
                <w:b/>
                <w:color w:val="174B3A"/>
                <w:sz w:val="22"/>
                <w:szCs w:val="28"/>
              </w:rPr>
              <w:t xml:space="preserve">  17 December 2026</w:t>
            </w:r>
          </w:p>
        </w:tc>
        <w:tc>
          <w:tcPr>
            <w:tcW w:w="4680" w:type="dxa"/>
            <w:shd w:val="clear" w:color="auto" w:fill="E8F0DF"/>
            <w:tcMar>
              <w:top w:w="95" w:type="dxa"/>
              <w:left w:w="110" w:type="dxa"/>
              <w:bottom w:w="95" w:type="dxa"/>
              <w:right w:w="110" w:type="dxa"/>
            </w:tcMar>
            <w:vAlign w:val="center"/>
          </w:tcPr>
          <w:p w14:paraId="42EAE51D" w14:textId="77777777" w:rsidR="00D230D3" w:rsidRPr="00E97BEA" w:rsidRDefault="00000000">
            <w:pPr>
              <w:spacing w:after="0"/>
              <w:rPr>
                <w:sz w:val="22"/>
                <w:szCs w:val="28"/>
              </w:rPr>
            </w:pPr>
            <w:proofErr w:type="gramStart"/>
            <w:r w:rsidRPr="00E97BEA">
              <w:rPr>
                <w:b/>
                <w:color w:val="174B3A"/>
                <w:sz w:val="22"/>
                <w:szCs w:val="28"/>
              </w:rPr>
              <w:t>VENUE  |</w:t>
            </w:r>
            <w:proofErr w:type="gramEnd"/>
            <w:r w:rsidRPr="00E97BEA">
              <w:rPr>
                <w:b/>
                <w:color w:val="174B3A"/>
                <w:sz w:val="22"/>
                <w:szCs w:val="28"/>
              </w:rPr>
              <w:t xml:space="preserve">  HARTI, Colombo 7</w:t>
            </w:r>
          </w:p>
        </w:tc>
      </w:tr>
    </w:tbl>
    <w:p w14:paraId="4F5EDEDF" w14:textId="77777777" w:rsidR="00D230D3" w:rsidRPr="00E97BEA" w:rsidRDefault="00000000">
      <w:pPr>
        <w:keepNext/>
        <w:spacing w:before="160" w:after="80"/>
        <w:rPr>
          <w:color w:val="auto"/>
        </w:rPr>
      </w:pPr>
      <w:r w:rsidRPr="00E97BEA">
        <w:rPr>
          <w:rFonts w:ascii="Aptos Display" w:hAnsi="Aptos Display"/>
          <w:b/>
          <w:color w:val="auto"/>
          <w:sz w:val="26"/>
        </w:rPr>
        <w:t>Manuscript Details</w:t>
      </w:r>
    </w:p>
    <w:tbl>
      <w:tblPr>
        <w:tblW w:w="9360" w:type="dxa"/>
        <w:jc w:val="center"/>
        <w:tblBorders>
          <w:top w:val="single" w:sz="5" w:space="0" w:color="C7CEC2"/>
          <w:left w:val="single" w:sz="5" w:space="0" w:color="C7CEC2"/>
          <w:bottom w:val="single" w:sz="5" w:space="0" w:color="C7CEC2"/>
          <w:right w:val="single" w:sz="5" w:space="0" w:color="C7CEC2"/>
          <w:insideH w:val="single" w:sz="5" w:space="0" w:color="C7CEC2"/>
          <w:insideV w:val="single" w:sz="5" w:space="0" w:color="C7CEC2"/>
        </w:tblBorders>
        <w:tblLayout w:type="fixed"/>
        <w:tblLook w:val="04A0" w:firstRow="1" w:lastRow="0" w:firstColumn="1" w:lastColumn="0" w:noHBand="0" w:noVBand="1"/>
      </w:tblPr>
      <w:tblGrid>
        <w:gridCol w:w="2200"/>
        <w:gridCol w:w="7160"/>
      </w:tblGrid>
      <w:tr w:rsidR="00D230D3" w:rsidRPr="00E97BEA" w14:paraId="43D7823C" w14:textId="77777777">
        <w:trPr>
          <w:trHeight w:val="605"/>
          <w:jc w:val="center"/>
        </w:trPr>
        <w:tc>
          <w:tcPr>
            <w:tcW w:w="2200" w:type="dxa"/>
            <w:shd w:val="clear" w:color="auto" w:fill="E8F0DF"/>
            <w:tcMar>
              <w:top w:w="95" w:type="dxa"/>
              <w:left w:w="110" w:type="dxa"/>
              <w:bottom w:w="95" w:type="dxa"/>
              <w:right w:w="110" w:type="dxa"/>
            </w:tcMar>
            <w:vAlign w:val="center"/>
          </w:tcPr>
          <w:p w14:paraId="0598FC8A" w14:textId="77777777" w:rsidR="00D230D3" w:rsidRPr="00E97BEA" w:rsidRDefault="00000000">
            <w:pPr>
              <w:spacing w:after="0"/>
              <w:rPr>
                <w:color w:val="auto"/>
                <w:sz w:val="22"/>
                <w:szCs w:val="28"/>
              </w:rPr>
            </w:pPr>
            <w:r w:rsidRPr="00E97BEA">
              <w:rPr>
                <w:b/>
                <w:color w:val="auto"/>
                <w:sz w:val="22"/>
                <w:szCs w:val="28"/>
              </w:rPr>
              <w:t>Paper ID</w:t>
            </w:r>
            <w:r w:rsidRPr="00E97BEA">
              <w:rPr>
                <w:b/>
                <w:color w:val="auto"/>
                <w:sz w:val="22"/>
                <w:szCs w:val="28"/>
              </w:rPr>
              <w:br/>
              <w:t>(office use only)</w:t>
            </w:r>
          </w:p>
        </w:tc>
        <w:tc>
          <w:tcPr>
            <w:tcW w:w="7160" w:type="dxa"/>
            <w:tcMar>
              <w:top w:w="95" w:type="dxa"/>
              <w:left w:w="110" w:type="dxa"/>
              <w:bottom w:w="95" w:type="dxa"/>
              <w:right w:w="110" w:type="dxa"/>
            </w:tcMar>
            <w:vAlign w:val="center"/>
          </w:tcPr>
          <w:p w14:paraId="591CE058" w14:textId="77777777" w:rsidR="00D230D3" w:rsidRPr="00E97BEA" w:rsidRDefault="00D230D3">
            <w:pPr>
              <w:spacing w:after="0"/>
              <w:rPr>
                <w:color w:val="auto"/>
                <w:sz w:val="22"/>
                <w:szCs w:val="28"/>
              </w:rPr>
            </w:pPr>
          </w:p>
        </w:tc>
      </w:tr>
      <w:tr w:rsidR="00D230D3" w:rsidRPr="00E97BEA" w14:paraId="10D726C0" w14:textId="77777777">
        <w:trPr>
          <w:trHeight w:val="893"/>
          <w:jc w:val="center"/>
        </w:trPr>
        <w:tc>
          <w:tcPr>
            <w:tcW w:w="2200" w:type="dxa"/>
            <w:shd w:val="clear" w:color="auto" w:fill="E8F0DF"/>
            <w:tcMar>
              <w:top w:w="95" w:type="dxa"/>
              <w:left w:w="110" w:type="dxa"/>
              <w:bottom w:w="95" w:type="dxa"/>
              <w:right w:w="110" w:type="dxa"/>
            </w:tcMar>
            <w:vAlign w:val="center"/>
          </w:tcPr>
          <w:p w14:paraId="3DAC11B6" w14:textId="77777777" w:rsidR="00D230D3" w:rsidRPr="00E97BEA" w:rsidRDefault="00000000">
            <w:pPr>
              <w:spacing w:after="0"/>
              <w:rPr>
                <w:color w:val="auto"/>
                <w:sz w:val="22"/>
                <w:szCs w:val="28"/>
              </w:rPr>
            </w:pPr>
            <w:r w:rsidRPr="00E97BEA">
              <w:rPr>
                <w:b/>
                <w:color w:val="auto"/>
                <w:sz w:val="22"/>
                <w:szCs w:val="28"/>
              </w:rPr>
              <w:t>Manuscript title</w:t>
            </w:r>
          </w:p>
        </w:tc>
        <w:tc>
          <w:tcPr>
            <w:tcW w:w="7160" w:type="dxa"/>
            <w:tcMar>
              <w:top w:w="95" w:type="dxa"/>
              <w:left w:w="110" w:type="dxa"/>
              <w:bottom w:w="95" w:type="dxa"/>
              <w:right w:w="110" w:type="dxa"/>
            </w:tcMar>
            <w:vAlign w:val="center"/>
          </w:tcPr>
          <w:p w14:paraId="0D304BC3" w14:textId="77777777" w:rsidR="00D230D3" w:rsidRPr="00E97BEA" w:rsidRDefault="00D230D3">
            <w:pPr>
              <w:spacing w:after="0"/>
              <w:rPr>
                <w:color w:val="auto"/>
                <w:sz w:val="22"/>
                <w:szCs w:val="28"/>
              </w:rPr>
            </w:pPr>
          </w:p>
        </w:tc>
      </w:tr>
    </w:tbl>
    <w:p w14:paraId="01BD5E76" w14:textId="77777777" w:rsidR="00E97BEA" w:rsidRDefault="00E97BEA">
      <w:pPr>
        <w:keepNext/>
        <w:spacing w:before="160" w:after="80"/>
        <w:rPr>
          <w:rFonts w:ascii="Aptos Display" w:hAnsi="Aptos Display"/>
          <w:b/>
          <w:color w:val="174B3A"/>
          <w:sz w:val="26"/>
        </w:rPr>
      </w:pPr>
    </w:p>
    <w:p w14:paraId="08B8F152" w14:textId="58DD959B" w:rsidR="00D230D3" w:rsidRPr="00E97BEA" w:rsidRDefault="00000000">
      <w:pPr>
        <w:keepNext/>
        <w:spacing w:before="160" w:after="80"/>
        <w:rPr>
          <w:color w:val="auto"/>
        </w:rPr>
      </w:pPr>
      <w:r w:rsidRPr="00E97BEA">
        <w:rPr>
          <w:rFonts w:ascii="Aptos Display" w:hAnsi="Aptos Display"/>
          <w:b/>
          <w:color w:val="auto"/>
          <w:sz w:val="26"/>
        </w:rPr>
        <w:t>Author Information</w:t>
      </w:r>
    </w:p>
    <w:p w14:paraId="3A0E99DA" w14:textId="32A46A57" w:rsidR="00D230D3" w:rsidRPr="00E97BEA" w:rsidRDefault="00000000" w:rsidP="00962F6D">
      <w:pPr>
        <w:spacing w:after="0"/>
        <w:jc w:val="both"/>
        <w:rPr>
          <w:color w:val="auto"/>
          <w:sz w:val="22"/>
          <w:szCs w:val="32"/>
        </w:rPr>
      </w:pPr>
      <w:r w:rsidRPr="00E97BEA">
        <w:rPr>
          <w:color w:val="auto"/>
          <w:sz w:val="22"/>
          <w:szCs w:val="32"/>
        </w:rPr>
        <w:t>List authors in publication order and mark the corresponding author with an asterisk (*). Add another sheet if additional space is required.</w:t>
      </w:r>
    </w:p>
    <w:p w14:paraId="5A2C0F63" w14:textId="77777777" w:rsidR="00962F6D" w:rsidRDefault="00962F6D">
      <w:pPr>
        <w:spacing w:after="80"/>
      </w:pPr>
    </w:p>
    <w:tbl>
      <w:tblPr>
        <w:tblW w:w="8917" w:type="dxa"/>
        <w:jc w:val="center"/>
        <w:tblBorders>
          <w:top w:val="single" w:sz="5" w:space="0" w:color="C7CEC2"/>
          <w:left w:val="single" w:sz="5" w:space="0" w:color="C7CEC2"/>
          <w:bottom w:val="single" w:sz="5" w:space="0" w:color="C7CEC2"/>
          <w:right w:val="single" w:sz="5" w:space="0" w:color="C7CEC2"/>
          <w:insideH w:val="single" w:sz="5" w:space="0" w:color="C7CEC2"/>
          <w:insideV w:val="single" w:sz="5" w:space="0" w:color="C7CEC2"/>
        </w:tblBorders>
        <w:tblLayout w:type="fixed"/>
        <w:tblLook w:val="04A0" w:firstRow="1" w:lastRow="0" w:firstColumn="1" w:lastColumn="0" w:noHBand="0" w:noVBand="1"/>
      </w:tblPr>
      <w:tblGrid>
        <w:gridCol w:w="628"/>
        <w:gridCol w:w="2344"/>
        <w:gridCol w:w="3430"/>
        <w:gridCol w:w="2515"/>
      </w:tblGrid>
      <w:tr w:rsidR="00962F6D" w:rsidRPr="00E97BEA" w14:paraId="2DC5E904" w14:textId="77777777" w:rsidTr="00962F6D">
        <w:trPr>
          <w:trHeight w:val="289"/>
          <w:jc w:val="center"/>
        </w:trPr>
        <w:tc>
          <w:tcPr>
            <w:tcW w:w="628" w:type="dxa"/>
            <w:shd w:val="clear" w:color="auto" w:fill="174B3A"/>
            <w:tcMar>
              <w:top w:w="95" w:type="dxa"/>
              <w:left w:w="110" w:type="dxa"/>
              <w:bottom w:w="95" w:type="dxa"/>
              <w:right w:w="110" w:type="dxa"/>
            </w:tcMar>
            <w:vAlign w:val="center"/>
          </w:tcPr>
          <w:p w14:paraId="5D310979" w14:textId="77777777" w:rsidR="00962F6D" w:rsidRPr="00E97BEA" w:rsidRDefault="00962F6D" w:rsidP="00962F6D">
            <w:pPr>
              <w:spacing w:after="0" w:line="360" w:lineRule="auto"/>
              <w:jc w:val="center"/>
              <w:rPr>
                <w:sz w:val="22"/>
                <w:szCs w:val="32"/>
              </w:rPr>
            </w:pPr>
            <w:r w:rsidRPr="00E97BEA">
              <w:rPr>
                <w:b/>
                <w:color w:val="FFFFFF"/>
                <w:sz w:val="22"/>
                <w:szCs w:val="32"/>
              </w:rPr>
              <w:t>No.</w:t>
            </w:r>
          </w:p>
        </w:tc>
        <w:tc>
          <w:tcPr>
            <w:tcW w:w="2344" w:type="dxa"/>
            <w:shd w:val="clear" w:color="auto" w:fill="174B3A"/>
            <w:tcMar>
              <w:top w:w="95" w:type="dxa"/>
              <w:left w:w="110" w:type="dxa"/>
              <w:bottom w:w="95" w:type="dxa"/>
              <w:right w:w="110" w:type="dxa"/>
            </w:tcMar>
            <w:vAlign w:val="center"/>
          </w:tcPr>
          <w:p w14:paraId="3D455986" w14:textId="77777777" w:rsidR="00962F6D" w:rsidRPr="00E97BEA" w:rsidRDefault="00962F6D" w:rsidP="00962F6D">
            <w:pPr>
              <w:spacing w:after="0" w:line="360" w:lineRule="auto"/>
              <w:jc w:val="center"/>
              <w:rPr>
                <w:sz w:val="22"/>
                <w:szCs w:val="32"/>
              </w:rPr>
            </w:pPr>
            <w:r w:rsidRPr="00E97BEA">
              <w:rPr>
                <w:b/>
                <w:color w:val="FFFFFF"/>
                <w:sz w:val="22"/>
                <w:szCs w:val="32"/>
              </w:rPr>
              <w:t>Name with initials</w:t>
            </w:r>
          </w:p>
        </w:tc>
        <w:tc>
          <w:tcPr>
            <w:tcW w:w="3430" w:type="dxa"/>
            <w:shd w:val="clear" w:color="auto" w:fill="174B3A"/>
            <w:tcMar>
              <w:top w:w="95" w:type="dxa"/>
              <w:left w:w="110" w:type="dxa"/>
              <w:bottom w:w="95" w:type="dxa"/>
              <w:right w:w="110" w:type="dxa"/>
            </w:tcMar>
            <w:vAlign w:val="center"/>
          </w:tcPr>
          <w:p w14:paraId="2888391B" w14:textId="77777777" w:rsidR="00962F6D" w:rsidRPr="00E97BEA" w:rsidRDefault="00962F6D" w:rsidP="00962F6D">
            <w:pPr>
              <w:spacing w:after="0" w:line="360" w:lineRule="auto"/>
              <w:jc w:val="center"/>
              <w:rPr>
                <w:sz w:val="22"/>
                <w:szCs w:val="32"/>
              </w:rPr>
            </w:pPr>
            <w:r w:rsidRPr="00E97BEA">
              <w:rPr>
                <w:b/>
                <w:color w:val="FFFFFF"/>
                <w:sz w:val="22"/>
                <w:szCs w:val="32"/>
              </w:rPr>
              <w:t>Affiliation</w:t>
            </w:r>
          </w:p>
        </w:tc>
        <w:tc>
          <w:tcPr>
            <w:tcW w:w="2515" w:type="dxa"/>
            <w:shd w:val="clear" w:color="auto" w:fill="174B3A"/>
            <w:tcMar>
              <w:top w:w="95" w:type="dxa"/>
              <w:left w:w="110" w:type="dxa"/>
              <w:bottom w:w="95" w:type="dxa"/>
              <w:right w:w="110" w:type="dxa"/>
            </w:tcMar>
            <w:vAlign w:val="center"/>
          </w:tcPr>
          <w:p w14:paraId="0D0388F8" w14:textId="77777777" w:rsidR="00962F6D" w:rsidRPr="00E97BEA" w:rsidRDefault="00962F6D" w:rsidP="00962F6D">
            <w:pPr>
              <w:spacing w:after="0" w:line="360" w:lineRule="auto"/>
              <w:jc w:val="center"/>
              <w:rPr>
                <w:sz w:val="22"/>
                <w:szCs w:val="32"/>
              </w:rPr>
            </w:pPr>
            <w:r w:rsidRPr="00E97BEA">
              <w:rPr>
                <w:b/>
                <w:color w:val="FFFFFF"/>
                <w:sz w:val="22"/>
                <w:szCs w:val="32"/>
              </w:rPr>
              <w:t>Email address</w:t>
            </w:r>
          </w:p>
        </w:tc>
      </w:tr>
      <w:tr w:rsidR="00962F6D" w:rsidRPr="00E97BEA" w14:paraId="0FDD3E8A" w14:textId="77777777" w:rsidTr="00E97BEA">
        <w:trPr>
          <w:trHeight w:val="374"/>
          <w:jc w:val="center"/>
        </w:trPr>
        <w:tc>
          <w:tcPr>
            <w:tcW w:w="628" w:type="dxa"/>
            <w:shd w:val="clear" w:color="auto" w:fill="FFFFFF" w:themeFill="background1"/>
            <w:tcMar>
              <w:top w:w="95" w:type="dxa"/>
              <w:left w:w="110" w:type="dxa"/>
              <w:bottom w:w="95" w:type="dxa"/>
              <w:right w:w="110" w:type="dxa"/>
            </w:tcMar>
            <w:vAlign w:val="center"/>
          </w:tcPr>
          <w:p w14:paraId="1C8900FE" w14:textId="77777777" w:rsidR="00962F6D" w:rsidRPr="00E97BEA" w:rsidRDefault="00962F6D" w:rsidP="00962F6D">
            <w:pPr>
              <w:spacing w:after="0" w:line="360" w:lineRule="auto"/>
              <w:jc w:val="center"/>
              <w:rPr>
                <w:sz w:val="22"/>
                <w:szCs w:val="32"/>
              </w:rPr>
            </w:pPr>
            <w:r w:rsidRPr="00E97BEA">
              <w:rPr>
                <w:sz w:val="22"/>
                <w:szCs w:val="32"/>
              </w:rPr>
              <w:t>1</w:t>
            </w:r>
          </w:p>
        </w:tc>
        <w:tc>
          <w:tcPr>
            <w:tcW w:w="2344" w:type="dxa"/>
            <w:shd w:val="clear" w:color="auto" w:fill="FFFFFF" w:themeFill="background1"/>
            <w:tcMar>
              <w:top w:w="95" w:type="dxa"/>
              <w:left w:w="110" w:type="dxa"/>
              <w:bottom w:w="95" w:type="dxa"/>
              <w:right w:w="110" w:type="dxa"/>
            </w:tcMar>
            <w:vAlign w:val="center"/>
          </w:tcPr>
          <w:p w14:paraId="4EF7CF23" w14:textId="77777777" w:rsidR="00962F6D" w:rsidRPr="00E97BEA" w:rsidRDefault="00962F6D" w:rsidP="00962F6D">
            <w:pPr>
              <w:spacing w:after="0" w:line="360" w:lineRule="auto"/>
              <w:rPr>
                <w:sz w:val="22"/>
                <w:szCs w:val="32"/>
              </w:rPr>
            </w:pPr>
          </w:p>
        </w:tc>
        <w:tc>
          <w:tcPr>
            <w:tcW w:w="3430" w:type="dxa"/>
            <w:shd w:val="clear" w:color="auto" w:fill="FFFFFF" w:themeFill="background1"/>
            <w:tcMar>
              <w:top w:w="95" w:type="dxa"/>
              <w:left w:w="110" w:type="dxa"/>
              <w:bottom w:w="95" w:type="dxa"/>
              <w:right w:w="110" w:type="dxa"/>
            </w:tcMar>
            <w:vAlign w:val="center"/>
          </w:tcPr>
          <w:p w14:paraId="13D25AC4" w14:textId="77777777" w:rsidR="00962F6D" w:rsidRPr="00E97BEA" w:rsidRDefault="00962F6D" w:rsidP="00962F6D">
            <w:pPr>
              <w:spacing w:after="0" w:line="360" w:lineRule="auto"/>
              <w:rPr>
                <w:sz w:val="22"/>
                <w:szCs w:val="32"/>
              </w:rPr>
            </w:pPr>
          </w:p>
        </w:tc>
        <w:tc>
          <w:tcPr>
            <w:tcW w:w="2515" w:type="dxa"/>
            <w:shd w:val="clear" w:color="auto" w:fill="FFFFFF" w:themeFill="background1"/>
            <w:tcMar>
              <w:top w:w="95" w:type="dxa"/>
              <w:left w:w="110" w:type="dxa"/>
              <w:bottom w:w="95" w:type="dxa"/>
              <w:right w:w="110" w:type="dxa"/>
            </w:tcMar>
            <w:vAlign w:val="center"/>
          </w:tcPr>
          <w:p w14:paraId="07F0DE02" w14:textId="77777777" w:rsidR="00962F6D" w:rsidRPr="00E97BEA" w:rsidRDefault="00962F6D" w:rsidP="00962F6D">
            <w:pPr>
              <w:spacing w:after="0" w:line="360" w:lineRule="auto"/>
              <w:rPr>
                <w:sz w:val="22"/>
                <w:szCs w:val="32"/>
              </w:rPr>
            </w:pPr>
          </w:p>
        </w:tc>
      </w:tr>
      <w:tr w:rsidR="00962F6D" w:rsidRPr="00E97BEA" w14:paraId="2F918D64" w14:textId="77777777" w:rsidTr="00E97BEA">
        <w:trPr>
          <w:trHeight w:val="496"/>
          <w:jc w:val="center"/>
        </w:trPr>
        <w:tc>
          <w:tcPr>
            <w:tcW w:w="628" w:type="dxa"/>
            <w:shd w:val="clear" w:color="auto" w:fill="FFFFFF" w:themeFill="background1"/>
            <w:tcMar>
              <w:top w:w="95" w:type="dxa"/>
              <w:left w:w="110" w:type="dxa"/>
              <w:bottom w:w="95" w:type="dxa"/>
              <w:right w:w="110" w:type="dxa"/>
            </w:tcMar>
            <w:vAlign w:val="center"/>
          </w:tcPr>
          <w:p w14:paraId="35B4E789" w14:textId="77777777" w:rsidR="00962F6D" w:rsidRPr="00E97BEA" w:rsidRDefault="00962F6D" w:rsidP="00962F6D">
            <w:pPr>
              <w:spacing w:after="0" w:line="360" w:lineRule="auto"/>
              <w:jc w:val="center"/>
              <w:rPr>
                <w:sz w:val="22"/>
                <w:szCs w:val="32"/>
              </w:rPr>
            </w:pPr>
            <w:r w:rsidRPr="00E97BEA">
              <w:rPr>
                <w:sz w:val="22"/>
                <w:szCs w:val="32"/>
              </w:rPr>
              <w:t>2</w:t>
            </w:r>
          </w:p>
        </w:tc>
        <w:tc>
          <w:tcPr>
            <w:tcW w:w="2344" w:type="dxa"/>
            <w:shd w:val="clear" w:color="auto" w:fill="FFFFFF" w:themeFill="background1"/>
            <w:tcMar>
              <w:top w:w="95" w:type="dxa"/>
              <w:left w:w="110" w:type="dxa"/>
              <w:bottom w:w="95" w:type="dxa"/>
              <w:right w:w="110" w:type="dxa"/>
            </w:tcMar>
            <w:vAlign w:val="center"/>
          </w:tcPr>
          <w:p w14:paraId="78233D78" w14:textId="77777777" w:rsidR="00962F6D" w:rsidRPr="00E97BEA" w:rsidRDefault="00962F6D" w:rsidP="00962F6D">
            <w:pPr>
              <w:spacing w:after="0" w:line="360" w:lineRule="auto"/>
              <w:rPr>
                <w:sz w:val="22"/>
                <w:szCs w:val="32"/>
              </w:rPr>
            </w:pPr>
          </w:p>
        </w:tc>
        <w:tc>
          <w:tcPr>
            <w:tcW w:w="3430" w:type="dxa"/>
            <w:shd w:val="clear" w:color="auto" w:fill="FFFFFF" w:themeFill="background1"/>
            <w:tcMar>
              <w:top w:w="95" w:type="dxa"/>
              <w:left w:w="110" w:type="dxa"/>
              <w:bottom w:w="95" w:type="dxa"/>
              <w:right w:w="110" w:type="dxa"/>
            </w:tcMar>
            <w:vAlign w:val="center"/>
          </w:tcPr>
          <w:p w14:paraId="7AFA2877" w14:textId="77777777" w:rsidR="00962F6D" w:rsidRPr="00E97BEA" w:rsidRDefault="00962F6D" w:rsidP="00962F6D">
            <w:pPr>
              <w:spacing w:after="0" w:line="360" w:lineRule="auto"/>
              <w:rPr>
                <w:sz w:val="22"/>
                <w:szCs w:val="32"/>
              </w:rPr>
            </w:pPr>
          </w:p>
        </w:tc>
        <w:tc>
          <w:tcPr>
            <w:tcW w:w="2515" w:type="dxa"/>
            <w:shd w:val="clear" w:color="auto" w:fill="FFFFFF" w:themeFill="background1"/>
            <w:tcMar>
              <w:top w:w="95" w:type="dxa"/>
              <w:left w:w="110" w:type="dxa"/>
              <w:bottom w:w="95" w:type="dxa"/>
              <w:right w:w="110" w:type="dxa"/>
            </w:tcMar>
            <w:vAlign w:val="center"/>
          </w:tcPr>
          <w:p w14:paraId="69EF5171" w14:textId="77777777" w:rsidR="00962F6D" w:rsidRPr="00E97BEA" w:rsidRDefault="00962F6D" w:rsidP="00962F6D">
            <w:pPr>
              <w:spacing w:after="0" w:line="360" w:lineRule="auto"/>
              <w:rPr>
                <w:sz w:val="22"/>
                <w:szCs w:val="32"/>
              </w:rPr>
            </w:pPr>
          </w:p>
        </w:tc>
      </w:tr>
      <w:tr w:rsidR="00962F6D" w:rsidRPr="00E97BEA" w14:paraId="02013C82" w14:textId="77777777" w:rsidTr="00E97BEA">
        <w:trPr>
          <w:trHeight w:val="496"/>
          <w:jc w:val="center"/>
        </w:trPr>
        <w:tc>
          <w:tcPr>
            <w:tcW w:w="628" w:type="dxa"/>
            <w:shd w:val="clear" w:color="auto" w:fill="FFFFFF" w:themeFill="background1"/>
            <w:tcMar>
              <w:top w:w="95" w:type="dxa"/>
              <w:left w:w="110" w:type="dxa"/>
              <w:bottom w:w="95" w:type="dxa"/>
              <w:right w:w="110" w:type="dxa"/>
            </w:tcMar>
            <w:vAlign w:val="center"/>
          </w:tcPr>
          <w:p w14:paraId="7DEA1036" w14:textId="77777777" w:rsidR="00962F6D" w:rsidRPr="00E97BEA" w:rsidRDefault="00962F6D" w:rsidP="00962F6D">
            <w:pPr>
              <w:spacing w:after="0" w:line="360" w:lineRule="auto"/>
              <w:jc w:val="center"/>
              <w:rPr>
                <w:sz w:val="22"/>
                <w:szCs w:val="32"/>
              </w:rPr>
            </w:pPr>
            <w:r w:rsidRPr="00E97BEA">
              <w:rPr>
                <w:sz w:val="22"/>
                <w:szCs w:val="32"/>
              </w:rPr>
              <w:t>3</w:t>
            </w:r>
          </w:p>
        </w:tc>
        <w:tc>
          <w:tcPr>
            <w:tcW w:w="2344" w:type="dxa"/>
            <w:shd w:val="clear" w:color="auto" w:fill="FFFFFF" w:themeFill="background1"/>
            <w:tcMar>
              <w:top w:w="95" w:type="dxa"/>
              <w:left w:w="110" w:type="dxa"/>
              <w:bottom w:w="95" w:type="dxa"/>
              <w:right w:w="110" w:type="dxa"/>
            </w:tcMar>
            <w:vAlign w:val="center"/>
          </w:tcPr>
          <w:p w14:paraId="177CF47C" w14:textId="77777777" w:rsidR="00962F6D" w:rsidRPr="00E97BEA" w:rsidRDefault="00962F6D" w:rsidP="00962F6D">
            <w:pPr>
              <w:spacing w:after="0" w:line="360" w:lineRule="auto"/>
              <w:rPr>
                <w:sz w:val="22"/>
                <w:szCs w:val="32"/>
              </w:rPr>
            </w:pPr>
          </w:p>
        </w:tc>
        <w:tc>
          <w:tcPr>
            <w:tcW w:w="3430" w:type="dxa"/>
            <w:shd w:val="clear" w:color="auto" w:fill="FFFFFF" w:themeFill="background1"/>
            <w:tcMar>
              <w:top w:w="95" w:type="dxa"/>
              <w:left w:w="110" w:type="dxa"/>
              <w:bottom w:w="95" w:type="dxa"/>
              <w:right w:w="110" w:type="dxa"/>
            </w:tcMar>
            <w:vAlign w:val="center"/>
          </w:tcPr>
          <w:p w14:paraId="2FBBFF1B" w14:textId="77777777" w:rsidR="00962F6D" w:rsidRPr="00E97BEA" w:rsidRDefault="00962F6D" w:rsidP="00962F6D">
            <w:pPr>
              <w:spacing w:after="0" w:line="360" w:lineRule="auto"/>
              <w:rPr>
                <w:sz w:val="22"/>
                <w:szCs w:val="32"/>
              </w:rPr>
            </w:pPr>
          </w:p>
        </w:tc>
        <w:tc>
          <w:tcPr>
            <w:tcW w:w="2515" w:type="dxa"/>
            <w:shd w:val="clear" w:color="auto" w:fill="FFFFFF" w:themeFill="background1"/>
            <w:tcMar>
              <w:top w:w="95" w:type="dxa"/>
              <w:left w:w="110" w:type="dxa"/>
              <w:bottom w:w="95" w:type="dxa"/>
              <w:right w:w="110" w:type="dxa"/>
            </w:tcMar>
            <w:vAlign w:val="center"/>
          </w:tcPr>
          <w:p w14:paraId="5A368247" w14:textId="77777777" w:rsidR="00962F6D" w:rsidRPr="00E97BEA" w:rsidRDefault="00962F6D" w:rsidP="00962F6D">
            <w:pPr>
              <w:spacing w:after="0" w:line="360" w:lineRule="auto"/>
              <w:rPr>
                <w:sz w:val="22"/>
                <w:szCs w:val="32"/>
              </w:rPr>
            </w:pPr>
          </w:p>
        </w:tc>
      </w:tr>
      <w:tr w:rsidR="00962F6D" w:rsidRPr="00E97BEA" w14:paraId="09D0682E" w14:textId="77777777" w:rsidTr="00E97BEA">
        <w:trPr>
          <w:trHeight w:val="583"/>
          <w:jc w:val="center"/>
        </w:trPr>
        <w:tc>
          <w:tcPr>
            <w:tcW w:w="628" w:type="dxa"/>
            <w:shd w:val="clear" w:color="auto" w:fill="FFFFFF" w:themeFill="background1"/>
            <w:tcMar>
              <w:top w:w="95" w:type="dxa"/>
              <w:left w:w="110" w:type="dxa"/>
              <w:bottom w:w="95" w:type="dxa"/>
              <w:right w:w="110" w:type="dxa"/>
            </w:tcMar>
            <w:vAlign w:val="center"/>
          </w:tcPr>
          <w:p w14:paraId="047AF59C" w14:textId="77777777" w:rsidR="00962F6D" w:rsidRPr="00E97BEA" w:rsidRDefault="00962F6D" w:rsidP="00962F6D">
            <w:pPr>
              <w:spacing w:after="0" w:line="360" w:lineRule="auto"/>
              <w:jc w:val="center"/>
              <w:rPr>
                <w:sz w:val="22"/>
                <w:szCs w:val="32"/>
              </w:rPr>
            </w:pPr>
            <w:r w:rsidRPr="00E97BEA">
              <w:rPr>
                <w:sz w:val="22"/>
                <w:szCs w:val="32"/>
              </w:rPr>
              <w:t>4</w:t>
            </w:r>
          </w:p>
        </w:tc>
        <w:tc>
          <w:tcPr>
            <w:tcW w:w="2344" w:type="dxa"/>
            <w:shd w:val="clear" w:color="auto" w:fill="FFFFFF" w:themeFill="background1"/>
            <w:tcMar>
              <w:top w:w="95" w:type="dxa"/>
              <w:left w:w="110" w:type="dxa"/>
              <w:bottom w:w="95" w:type="dxa"/>
              <w:right w:w="110" w:type="dxa"/>
            </w:tcMar>
            <w:vAlign w:val="center"/>
          </w:tcPr>
          <w:p w14:paraId="7C2D25DB" w14:textId="77777777" w:rsidR="00962F6D" w:rsidRPr="00E97BEA" w:rsidRDefault="00962F6D" w:rsidP="00962F6D">
            <w:pPr>
              <w:spacing w:after="0" w:line="360" w:lineRule="auto"/>
              <w:rPr>
                <w:sz w:val="22"/>
                <w:szCs w:val="32"/>
              </w:rPr>
            </w:pPr>
          </w:p>
        </w:tc>
        <w:tc>
          <w:tcPr>
            <w:tcW w:w="3430" w:type="dxa"/>
            <w:shd w:val="clear" w:color="auto" w:fill="FFFFFF" w:themeFill="background1"/>
            <w:tcMar>
              <w:top w:w="95" w:type="dxa"/>
              <w:left w:w="110" w:type="dxa"/>
              <w:bottom w:w="95" w:type="dxa"/>
              <w:right w:w="110" w:type="dxa"/>
            </w:tcMar>
            <w:vAlign w:val="center"/>
          </w:tcPr>
          <w:p w14:paraId="6B123EA1" w14:textId="77777777" w:rsidR="00962F6D" w:rsidRPr="00E97BEA" w:rsidRDefault="00962F6D" w:rsidP="00962F6D">
            <w:pPr>
              <w:spacing w:after="0" w:line="360" w:lineRule="auto"/>
              <w:rPr>
                <w:sz w:val="22"/>
                <w:szCs w:val="32"/>
              </w:rPr>
            </w:pPr>
          </w:p>
        </w:tc>
        <w:tc>
          <w:tcPr>
            <w:tcW w:w="2515" w:type="dxa"/>
            <w:shd w:val="clear" w:color="auto" w:fill="FFFFFF" w:themeFill="background1"/>
            <w:tcMar>
              <w:top w:w="95" w:type="dxa"/>
              <w:left w:w="110" w:type="dxa"/>
              <w:bottom w:w="95" w:type="dxa"/>
              <w:right w:w="110" w:type="dxa"/>
            </w:tcMar>
            <w:vAlign w:val="center"/>
          </w:tcPr>
          <w:p w14:paraId="35F98FC3" w14:textId="77777777" w:rsidR="00962F6D" w:rsidRPr="00E97BEA" w:rsidRDefault="00962F6D" w:rsidP="00962F6D">
            <w:pPr>
              <w:spacing w:after="0" w:line="360" w:lineRule="auto"/>
              <w:rPr>
                <w:sz w:val="22"/>
                <w:szCs w:val="32"/>
              </w:rPr>
            </w:pPr>
          </w:p>
        </w:tc>
      </w:tr>
      <w:tr w:rsidR="00962F6D" w:rsidRPr="00E97BEA" w14:paraId="14F7BCBF" w14:textId="77777777" w:rsidTr="00E97BEA">
        <w:trPr>
          <w:trHeight w:val="504"/>
          <w:jc w:val="center"/>
        </w:trPr>
        <w:tc>
          <w:tcPr>
            <w:tcW w:w="628" w:type="dxa"/>
            <w:shd w:val="clear" w:color="auto" w:fill="FFFFFF" w:themeFill="background1"/>
            <w:tcMar>
              <w:top w:w="95" w:type="dxa"/>
              <w:left w:w="110" w:type="dxa"/>
              <w:bottom w:w="95" w:type="dxa"/>
              <w:right w:w="110" w:type="dxa"/>
            </w:tcMar>
            <w:vAlign w:val="center"/>
          </w:tcPr>
          <w:p w14:paraId="1B3950E7" w14:textId="77777777" w:rsidR="00962F6D" w:rsidRPr="00E97BEA" w:rsidRDefault="00962F6D" w:rsidP="00962F6D">
            <w:pPr>
              <w:spacing w:after="0" w:line="360" w:lineRule="auto"/>
              <w:jc w:val="center"/>
              <w:rPr>
                <w:sz w:val="22"/>
                <w:szCs w:val="32"/>
              </w:rPr>
            </w:pPr>
            <w:r w:rsidRPr="00E97BEA">
              <w:rPr>
                <w:sz w:val="22"/>
                <w:szCs w:val="32"/>
              </w:rPr>
              <w:t>5</w:t>
            </w:r>
          </w:p>
        </w:tc>
        <w:tc>
          <w:tcPr>
            <w:tcW w:w="2344" w:type="dxa"/>
            <w:shd w:val="clear" w:color="auto" w:fill="FFFFFF" w:themeFill="background1"/>
            <w:tcMar>
              <w:top w:w="95" w:type="dxa"/>
              <w:left w:w="110" w:type="dxa"/>
              <w:bottom w:w="95" w:type="dxa"/>
              <w:right w:w="110" w:type="dxa"/>
            </w:tcMar>
            <w:vAlign w:val="center"/>
          </w:tcPr>
          <w:p w14:paraId="00E17D7F" w14:textId="77777777" w:rsidR="00962F6D" w:rsidRPr="00E97BEA" w:rsidRDefault="00962F6D" w:rsidP="00962F6D">
            <w:pPr>
              <w:spacing w:after="0" w:line="360" w:lineRule="auto"/>
              <w:rPr>
                <w:sz w:val="22"/>
                <w:szCs w:val="32"/>
              </w:rPr>
            </w:pPr>
          </w:p>
        </w:tc>
        <w:tc>
          <w:tcPr>
            <w:tcW w:w="3430" w:type="dxa"/>
            <w:shd w:val="clear" w:color="auto" w:fill="FFFFFF" w:themeFill="background1"/>
            <w:tcMar>
              <w:top w:w="95" w:type="dxa"/>
              <w:left w:w="110" w:type="dxa"/>
              <w:bottom w:w="95" w:type="dxa"/>
              <w:right w:w="110" w:type="dxa"/>
            </w:tcMar>
            <w:vAlign w:val="center"/>
          </w:tcPr>
          <w:p w14:paraId="659820DD" w14:textId="77777777" w:rsidR="00962F6D" w:rsidRPr="00E97BEA" w:rsidRDefault="00962F6D" w:rsidP="00962F6D">
            <w:pPr>
              <w:spacing w:after="0" w:line="360" w:lineRule="auto"/>
              <w:rPr>
                <w:sz w:val="22"/>
                <w:szCs w:val="32"/>
              </w:rPr>
            </w:pPr>
          </w:p>
        </w:tc>
        <w:tc>
          <w:tcPr>
            <w:tcW w:w="2515" w:type="dxa"/>
            <w:shd w:val="clear" w:color="auto" w:fill="FFFFFF" w:themeFill="background1"/>
            <w:tcMar>
              <w:top w:w="95" w:type="dxa"/>
              <w:left w:w="110" w:type="dxa"/>
              <w:bottom w:w="95" w:type="dxa"/>
              <w:right w:w="110" w:type="dxa"/>
            </w:tcMar>
            <w:vAlign w:val="center"/>
          </w:tcPr>
          <w:p w14:paraId="1831B32D" w14:textId="77777777" w:rsidR="00962F6D" w:rsidRPr="00E97BEA" w:rsidRDefault="00962F6D" w:rsidP="00962F6D">
            <w:pPr>
              <w:spacing w:after="0" w:line="360" w:lineRule="auto"/>
              <w:rPr>
                <w:sz w:val="22"/>
                <w:szCs w:val="32"/>
              </w:rPr>
            </w:pPr>
          </w:p>
        </w:tc>
      </w:tr>
      <w:tr w:rsidR="00962F6D" w:rsidRPr="00E97BEA" w14:paraId="7B612700" w14:textId="77777777" w:rsidTr="00E97BEA">
        <w:trPr>
          <w:trHeight w:val="583"/>
          <w:jc w:val="center"/>
        </w:trPr>
        <w:tc>
          <w:tcPr>
            <w:tcW w:w="628" w:type="dxa"/>
            <w:shd w:val="clear" w:color="auto" w:fill="FFFFFF" w:themeFill="background1"/>
            <w:tcMar>
              <w:top w:w="95" w:type="dxa"/>
              <w:left w:w="110" w:type="dxa"/>
              <w:bottom w:w="95" w:type="dxa"/>
              <w:right w:w="110" w:type="dxa"/>
            </w:tcMar>
            <w:vAlign w:val="center"/>
          </w:tcPr>
          <w:p w14:paraId="7F1096B1" w14:textId="77777777" w:rsidR="00962F6D" w:rsidRPr="00E97BEA" w:rsidRDefault="00962F6D" w:rsidP="00962F6D">
            <w:pPr>
              <w:spacing w:after="0" w:line="360" w:lineRule="auto"/>
              <w:jc w:val="center"/>
              <w:rPr>
                <w:sz w:val="22"/>
                <w:szCs w:val="32"/>
              </w:rPr>
            </w:pPr>
            <w:r w:rsidRPr="00E97BEA">
              <w:rPr>
                <w:sz w:val="22"/>
                <w:szCs w:val="32"/>
              </w:rPr>
              <w:t>6</w:t>
            </w:r>
          </w:p>
        </w:tc>
        <w:tc>
          <w:tcPr>
            <w:tcW w:w="2344" w:type="dxa"/>
            <w:shd w:val="clear" w:color="auto" w:fill="FFFFFF" w:themeFill="background1"/>
            <w:tcMar>
              <w:top w:w="95" w:type="dxa"/>
              <w:left w:w="110" w:type="dxa"/>
              <w:bottom w:w="95" w:type="dxa"/>
              <w:right w:w="110" w:type="dxa"/>
            </w:tcMar>
            <w:vAlign w:val="center"/>
          </w:tcPr>
          <w:p w14:paraId="3A72040E" w14:textId="77777777" w:rsidR="00962F6D" w:rsidRPr="00E97BEA" w:rsidRDefault="00962F6D" w:rsidP="00962F6D">
            <w:pPr>
              <w:spacing w:after="0" w:line="360" w:lineRule="auto"/>
              <w:rPr>
                <w:sz w:val="22"/>
                <w:szCs w:val="32"/>
              </w:rPr>
            </w:pPr>
          </w:p>
        </w:tc>
        <w:tc>
          <w:tcPr>
            <w:tcW w:w="3430" w:type="dxa"/>
            <w:shd w:val="clear" w:color="auto" w:fill="FFFFFF" w:themeFill="background1"/>
            <w:tcMar>
              <w:top w:w="95" w:type="dxa"/>
              <w:left w:w="110" w:type="dxa"/>
              <w:bottom w:w="95" w:type="dxa"/>
              <w:right w:w="110" w:type="dxa"/>
            </w:tcMar>
            <w:vAlign w:val="center"/>
          </w:tcPr>
          <w:p w14:paraId="43125B63" w14:textId="77777777" w:rsidR="00962F6D" w:rsidRPr="00E97BEA" w:rsidRDefault="00962F6D" w:rsidP="00962F6D">
            <w:pPr>
              <w:spacing w:after="0" w:line="360" w:lineRule="auto"/>
              <w:rPr>
                <w:sz w:val="22"/>
                <w:szCs w:val="32"/>
              </w:rPr>
            </w:pPr>
          </w:p>
        </w:tc>
        <w:tc>
          <w:tcPr>
            <w:tcW w:w="2515" w:type="dxa"/>
            <w:shd w:val="clear" w:color="auto" w:fill="FFFFFF" w:themeFill="background1"/>
            <w:tcMar>
              <w:top w:w="95" w:type="dxa"/>
              <w:left w:w="110" w:type="dxa"/>
              <w:bottom w:w="95" w:type="dxa"/>
              <w:right w:w="110" w:type="dxa"/>
            </w:tcMar>
            <w:vAlign w:val="center"/>
          </w:tcPr>
          <w:p w14:paraId="3248B7B0" w14:textId="77777777" w:rsidR="00962F6D" w:rsidRPr="00E97BEA" w:rsidRDefault="00962F6D" w:rsidP="00962F6D">
            <w:pPr>
              <w:spacing w:after="0" w:line="360" w:lineRule="auto"/>
              <w:rPr>
                <w:sz w:val="22"/>
                <w:szCs w:val="32"/>
              </w:rPr>
            </w:pPr>
          </w:p>
        </w:tc>
      </w:tr>
    </w:tbl>
    <w:p w14:paraId="5922225C" w14:textId="77777777" w:rsidR="00D230D3" w:rsidRDefault="00000000">
      <w:r>
        <w:br w:type="page"/>
      </w:r>
    </w:p>
    <w:p w14:paraId="0D8D0AE7" w14:textId="77777777" w:rsidR="00D230D3" w:rsidRPr="00E97BEA" w:rsidRDefault="00000000">
      <w:pPr>
        <w:keepNext/>
        <w:spacing w:before="160" w:after="80"/>
        <w:rPr>
          <w:color w:val="auto"/>
        </w:rPr>
      </w:pPr>
      <w:r w:rsidRPr="00E97BEA">
        <w:rPr>
          <w:rFonts w:ascii="Aptos Display" w:hAnsi="Aptos Display"/>
          <w:b/>
          <w:color w:val="auto"/>
          <w:sz w:val="26"/>
        </w:rPr>
        <w:lastRenderedPageBreak/>
        <w:t>Corresponding Author</w:t>
      </w:r>
    </w:p>
    <w:tbl>
      <w:tblPr>
        <w:tblW w:w="9636" w:type="dxa"/>
        <w:jc w:val="center"/>
        <w:tblBorders>
          <w:top w:val="single" w:sz="5" w:space="0" w:color="C7CEC2"/>
          <w:left w:val="single" w:sz="5" w:space="0" w:color="C7CEC2"/>
          <w:bottom w:val="single" w:sz="5" w:space="0" w:color="C7CEC2"/>
          <w:right w:val="single" w:sz="5" w:space="0" w:color="C7CEC2"/>
          <w:insideH w:val="single" w:sz="5" w:space="0" w:color="C7CEC2"/>
          <w:insideV w:val="single" w:sz="5" w:space="0" w:color="C7CEC2"/>
        </w:tblBorders>
        <w:tblLayout w:type="fixed"/>
        <w:tblLook w:val="04A0" w:firstRow="1" w:lastRow="0" w:firstColumn="1" w:lastColumn="0" w:noHBand="0" w:noVBand="1"/>
      </w:tblPr>
      <w:tblGrid>
        <w:gridCol w:w="1776"/>
        <w:gridCol w:w="3180"/>
        <w:gridCol w:w="1500"/>
        <w:gridCol w:w="3180"/>
      </w:tblGrid>
      <w:tr w:rsidR="00D230D3" w:rsidRPr="00E97BEA" w14:paraId="00639B0D" w14:textId="77777777" w:rsidTr="00962F6D">
        <w:trPr>
          <w:trHeight w:val="547"/>
          <w:jc w:val="center"/>
        </w:trPr>
        <w:tc>
          <w:tcPr>
            <w:tcW w:w="1776" w:type="dxa"/>
            <w:shd w:val="clear" w:color="auto" w:fill="E8F0DF"/>
            <w:tcMar>
              <w:top w:w="95" w:type="dxa"/>
              <w:left w:w="110" w:type="dxa"/>
              <w:bottom w:w="95" w:type="dxa"/>
              <w:right w:w="110" w:type="dxa"/>
            </w:tcMar>
            <w:vAlign w:val="center"/>
          </w:tcPr>
          <w:p w14:paraId="76E7ED79" w14:textId="77777777" w:rsidR="00D230D3" w:rsidRPr="00E97BEA" w:rsidRDefault="00000000">
            <w:pPr>
              <w:spacing w:after="0"/>
              <w:rPr>
                <w:color w:val="auto"/>
                <w:sz w:val="22"/>
                <w:szCs w:val="28"/>
              </w:rPr>
            </w:pPr>
            <w:r w:rsidRPr="00E97BEA">
              <w:rPr>
                <w:b/>
                <w:color w:val="auto"/>
                <w:sz w:val="22"/>
                <w:szCs w:val="28"/>
              </w:rPr>
              <w:t>Full name</w:t>
            </w:r>
          </w:p>
        </w:tc>
        <w:tc>
          <w:tcPr>
            <w:tcW w:w="3180" w:type="dxa"/>
            <w:tcMar>
              <w:top w:w="95" w:type="dxa"/>
              <w:left w:w="110" w:type="dxa"/>
              <w:bottom w:w="95" w:type="dxa"/>
              <w:right w:w="110" w:type="dxa"/>
            </w:tcMar>
            <w:vAlign w:val="center"/>
          </w:tcPr>
          <w:p w14:paraId="3A8E2595" w14:textId="77777777" w:rsidR="00D230D3" w:rsidRPr="00E97BEA" w:rsidRDefault="00D230D3">
            <w:pPr>
              <w:spacing w:after="0"/>
              <w:rPr>
                <w:color w:val="auto"/>
                <w:sz w:val="22"/>
                <w:szCs w:val="28"/>
              </w:rPr>
            </w:pPr>
          </w:p>
        </w:tc>
        <w:tc>
          <w:tcPr>
            <w:tcW w:w="1500" w:type="dxa"/>
            <w:shd w:val="clear" w:color="auto" w:fill="E8F0DF"/>
            <w:tcMar>
              <w:top w:w="95" w:type="dxa"/>
              <w:left w:w="110" w:type="dxa"/>
              <w:bottom w:w="95" w:type="dxa"/>
              <w:right w:w="110" w:type="dxa"/>
            </w:tcMar>
            <w:vAlign w:val="center"/>
          </w:tcPr>
          <w:p w14:paraId="7A448AE2" w14:textId="77777777" w:rsidR="00D230D3" w:rsidRPr="00E97BEA" w:rsidRDefault="00000000">
            <w:pPr>
              <w:spacing w:after="0"/>
              <w:rPr>
                <w:color w:val="auto"/>
                <w:sz w:val="22"/>
                <w:szCs w:val="28"/>
              </w:rPr>
            </w:pPr>
            <w:r w:rsidRPr="00E97BEA">
              <w:rPr>
                <w:b/>
                <w:color w:val="auto"/>
                <w:sz w:val="22"/>
                <w:szCs w:val="28"/>
              </w:rPr>
              <w:t>Email</w:t>
            </w:r>
          </w:p>
        </w:tc>
        <w:tc>
          <w:tcPr>
            <w:tcW w:w="3180" w:type="dxa"/>
            <w:tcMar>
              <w:top w:w="95" w:type="dxa"/>
              <w:left w:w="110" w:type="dxa"/>
              <w:bottom w:w="95" w:type="dxa"/>
              <w:right w:w="110" w:type="dxa"/>
            </w:tcMar>
            <w:vAlign w:val="center"/>
          </w:tcPr>
          <w:p w14:paraId="3291046D" w14:textId="77777777" w:rsidR="00D230D3" w:rsidRPr="00E97BEA" w:rsidRDefault="00D230D3">
            <w:pPr>
              <w:spacing w:after="0"/>
              <w:rPr>
                <w:color w:val="auto"/>
                <w:sz w:val="22"/>
                <w:szCs w:val="28"/>
              </w:rPr>
            </w:pPr>
          </w:p>
        </w:tc>
      </w:tr>
      <w:tr w:rsidR="00D230D3" w:rsidRPr="00E97BEA" w14:paraId="660A37EC" w14:textId="77777777" w:rsidTr="00962F6D">
        <w:trPr>
          <w:trHeight w:val="547"/>
          <w:jc w:val="center"/>
        </w:trPr>
        <w:tc>
          <w:tcPr>
            <w:tcW w:w="1776" w:type="dxa"/>
            <w:shd w:val="clear" w:color="auto" w:fill="E8F0DF"/>
            <w:tcMar>
              <w:top w:w="95" w:type="dxa"/>
              <w:left w:w="110" w:type="dxa"/>
              <w:bottom w:w="95" w:type="dxa"/>
              <w:right w:w="110" w:type="dxa"/>
            </w:tcMar>
            <w:vAlign w:val="center"/>
          </w:tcPr>
          <w:p w14:paraId="083FDFD9" w14:textId="77777777" w:rsidR="00D230D3" w:rsidRPr="00E97BEA" w:rsidRDefault="00000000">
            <w:pPr>
              <w:spacing w:after="0"/>
              <w:rPr>
                <w:color w:val="auto"/>
                <w:sz w:val="22"/>
                <w:szCs w:val="28"/>
              </w:rPr>
            </w:pPr>
            <w:r w:rsidRPr="00E97BEA">
              <w:rPr>
                <w:b/>
                <w:color w:val="auto"/>
                <w:sz w:val="22"/>
                <w:szCs w:val="28"/>
              </w:rPr>
              <w:t>Affiliation</w:t>
            </w:r>
          </w:p>
        </w:tc>
        <w:tc>
          <w:tcPr>
            <w:tcW w:w="3180" w:type="dxa"/>
            <w:tcMar>
              <w:top w:w="95" w:type="dxa"/>
              <w:left w:w="110" w:type="dxa"/>
              <w:bottom w:w="95" w:type="dxa"/>
              <w:right w:w="110" w:type="dxa"/>
            </w:tcMar>
            <w:vAlign w:val="center"/>
          </w:tcPr>
          <w:p w14:paraId="157B3C10" w14:textId="77777777" w:rsidR="00D230D3" w:rsidRPr="00E97BEA" w:rsidRDefault="00D230D3">
            <w:pPr>
              <w:spacing w:after="0"/>
              <w:rPr>
                <w:color w:val="auto"/>
                <w:sz w:val="22"/>
                <w:szCs w:val="28"/>
              </w:rPr>
            </w:pPr>
          </w:p>
        </w:tc>
        <w:tc>
          <w:tcPr>
            <w:tcW w:w="1500" w:type="dxa"/>
            <w:shd w:val="clear" w:color="auto" w:fill="E8F0DF"/>
            <w:tcMar>
              <w:top w:w="95" w:type="dxa"/>
              <w:left w:w="110" w:type="dxa"/>
              <w:bottom w:w="95" w:type="dxa"/>
              <w:right w:w="110" w:type="dxa"/>
            </w:tcMar>
            <w:vAlign w:val="center"/>
          </w:tcPr>
          <w:p w14:paraId="33BBE475" w14:textId="77777777" w:rsidR="00D230D3" w:rsidRPr="00E97BEA" w:rsidRDefault="00000000">
            <w:pPr>
              <w:spacing w:after="0"/>
              <w:rPr>
                <w:color w:val="auto"/>
                <w:sz w:val="22"/>
                <w:szCs w:val="28"/>
              </w:rPr>
            </w:pPr>
            <w:r w:rsidRPr="00E97BEA">
              <w:rPr>
                <w:b/>
                <w:color w:val="auto"/>
                <w:sz w:val="22"/>
                <w:szCs w:val="28"/>
              </w:rPr>
              <w:t>Contact no.</w:t>
            </w:r>
          </w:p>
        </w:tc>
        <w:tc>
          <w:tcPr>
            <w:tcW w:w="3180" w:type="dxa"/>
            <w:tcMar>
              <w:top w:w="95" w:type="dxa"/>
              <w:left w:w="110" w:type="dxa"/>
              <w:bottom w:w="95" w:type="dxa"/>
              <w:right w:w="110" w:type="dxa"/>
            </w:tcMar>
            <w:vAlign w:val="center"/>
          </w:tcPr>
          <w:p w14:paraId="4A381F01" w14:textId="77777777" w:rsidR="00D230D3" w:rsidRPr="00E97BEA" w:rsidRDefault="00D230D3">
            <w:pPr>
              <w:spacing w:after="0"/>
              <w:rPr>
                <w:color w:val="auto"/>
                <w:sz w:val="22"/>
                <w:szCs w:val="28"/>
              </w:rPr>
            </w:pPr>
          </w:p>
        </w:tc>
      </w:tr>
    </w:tbl>
    <w:p w14:paraId="2DFB1803" w14:textId="77777777" w:rsidR="00962F6D" w:rsidRDefault="00962F6D">
      <w:pPr>
        <w:spacing w:after="40"/>
        <w:jc w:val="center"/>
        <w:rPr>
          <w:rFonts w:ascii="Aptos Display" w:hAnsi="Aptos Display"/>
          <w:b/>
          <w:color w:val="174B3A"/>
          <w:sz w:val="30"/>
        </w:rPr>
      </w:pPr>
    </w:p>
    <w:p w14:paraId="4801D00A" w14:textId="77777777" w:rsidR="00962F6D" w:rsidRDefault="00962F6D">
      <w:pPr>
        <w:spacing w:after="40"/>
        <w:jc w:val="center"/>
        <w:rPr>
          <w:rFonts w:ascii="Aptos Display" w:hAnsi="Aptos Display"/>
          <w:b/>
          <w:color w:val="174B3A"/>
          <w:sz w:val="30"/>
        </w:rPr>
      </w:pPr>
    </w:p>
    <w:p w14:paraId="31105711" w14:textId="14D4EFD7" w:rsidR="00D230D3" w:rsidRDefault="00000000">
      <w:pPr>
        <w:spacing w:after="40"/>
        <w:jc w:val="center"/>
      </w:pPr>
      <w:r>
        <w:rPr>
          <w:rFonts w:ascii="Aptos Display" w:hAnsi="Aptos Display"/>
          <w:b/>
          <w:color w:val="174B3A"/>
          <w:sz w:val="30"/>
        </w:rPr>
        <w:t>20th Annual Research Forum (ARF) - 2026</w:t>
      </w:r>
    </w:p>
    <w:p w14:paraId="5AE8E417" w14:textId="77777777" w:rsidR="00D230D3" w:rsidRDefault="00000000">
      <w:pPr>
        <w:spacing w:after="200"/>
        <w:jc w:val="center"/>
      </w:pPr>
      <w:r>
        <w:rPr>
          <w:b/>
          <w:color w:val="44733F"/>
          <w:sz w:val="26"/>
        </w:rPr>
        <w:t>DECLARATION BY THE CORRESPONDING AUTHOR</w:t>
      </w:r>
    </w:p>
    <w:p w14:paraId="33833A0C" w14:textId="77777777" w:rsidR="00D230D3" w:rsidRPr="00E97BEA" w:rsidRDefault="00000000">
      <w:pPr>
        <w:spacing w:after="160"/>
        <w:rPr>
          <w:color w:val="auto"/>
          <w:sz w:val="22"/>
          <w:szCs w:val="24"/>
        </w:rPr>
      </w:pPr>
      <w:r w:rsidRPr="00E97BEA">
        <w:rPr>
          <w:color w:val="auto"/>
          <w:sz w:val="22"/>
          <w:szCs w:val="24"/>
        </w:rPr>
        <w:t>Please tick each box to confirm the following declarations on behalf of all authors:</w:t>
      </w:r>
    </w:p>
    <w:tbl>
      <w:tblPr>
        <w:tblW w:w="9360" w:type="dxa"/>
        <w:tblBorders>
          <w:top w:val="single" w:sz="5" w:space="0" w:color="C7CEC2"/>
          <w:left w:val="single" w:sz="5" w:space="0" w:color="C7CEC2"/>
          <w:bottom w:val="single" w:sz="5" w:space="0" w:color="C7CEC2"/>
          <w:right w:val="single" w:sz="5" w:space="0" w:color="C7CEC2"/>
          <w:insideH w:val="single" w:sz="5" w:space="0" w:color="C7CEC2"/>
          <w:insideV w:val="single" w:sz="5" w:space="0" w:color="C7CEC2"/>
        </w:tblBorders>
        <w:tblLayout w:type="fixed"/>
        <w:tblLook w:val="04A0" w:firstRow="1" w:lastRow="0" w:firstColumn="1" w:lastColumn="0" w:noHBand="0" w:noVBand="1"/>
      </w:tblPr>
      <w:tblGrid>
        <w:gridCol w:w="650"/>
        <w:gridCol w:w="8710"/>
      </w:tblGrid>
      <w:tr w:rsidR="00D230D3" w:rsidRPr="00E97BEA" w14:paraId="1BF20289" w14:textId="77777777" w:rsidTr="00E97BEA">
        <w:tc>
          <w:tcPr>
            <w:tcW w:w="650" w:type="dxa"/>
            <w:shd w:val="clear" w:color="auto" w:fill="F5F7F1"/>
            <w:tcMar>
              <w:top w:w="95" w:type="dxa"/>
              <w:left w:w="110" w:type="dxa"/>
              <w:bottom w:w="95" w:type="dxa"/>
              <w:right w:w="110" w:type="dxa"/>
            </w:tcMar>
            <w:vAlign w:val="center"/>
          </w:tcPr>
          <w:p w14:paraId="4C56A338" w14:textId="77777777" w:rsidR="00D230D3" w:rsidRPr="00E97BEA" w:rsidRDefault="00000000">
            <w:pPr>
              <w:spacing w:after="0"/>
              <w:jc w:val="center"/>
              <w:rPr>
                <w:sz w:val="22"/>
                <w:szCs w:val="16"/>
              </w:rPr>
            </w:pPr>
            <w:r w:rsidRPr="00E97BEA">
              <w:rPr>
                <w:color w:val="174B3A"/>
                <w:sz w:val="22"/>
                <w:szCs w:val="16"/>
              </w:rPr>
              <w:t>☐</w:t>
            </w:r>
          </w:p>
        </w:tc>
        <w:tc>
          <w:tcPr>
            <w:tcW w:w="8710" w:type="dxa"/>
            <w:shd w:val="clear" w:color="auto" w:fill="F5F7F1"/>
            <w:tcMar>
              <w:top w:w="95" w:type="dxa"/>
              <w:left w:w="110" w:type="dxa"/>
              <w:bottom w:w="95" w:type="dxa"/>
              <w:right w:w="110" w:type="dxa"/>
            </w:tcMar>
            <w:vAlign w:val="center"/>
          </w:tcPr>
          <w:p w14:paraId="32C07269" w14:textId="77777777" w:rsidR="00D230D3" w:rsidRPr="00E97BEA" w:rsidRDefault="00000000" w:rsidP="00E97BEA">
            <w:pPr>
              <w:spacing w:after="0"/>
              <w:jc w:val="both"/>
              <w:rPr>
                <w:sz w:val="22"/>
                <w:szCs w:val="16"/>
              </w:rPr>
            </w:pPr>
            <w:r w:rsidRPr="00E97BEA">
              <w:rPr>
                <w:sz w:val="22"/>
                <w:szCs w:val="16"/>
              </w:rPr>
              <w:t>The submitted abstract and extended abstract are original works and have not been published previously or submitted simultaneously to another forum, conference, or publication.</w:t>
            </w:r>
          </w:p>
        </w:tc>
      </w:tr>
      <w:tr w:rsidR="00D230D3" w:rsidRPr="00E97BEA" w14:paraId="2EBAC26B" w14:textId="77777777" w:rsidTr="00E97BEA">
        <w:tc>
          <w:tcPr>
            <w:tcW w:w="650" w:type="dxa"/>
            <w:tcMar>
              <w:top w:w="95" w:type="dxa"/>
              <w:left w:w="110" w:type="dxa"/>
              <w:bottom w:w="95" w:type="dxa"/>
              <w:right w:w="110" w:type="dxa"/>
            </w:tcMar>
            <w:vAlign w:val="center"/>
          </w:tcPr>
          <w:p w14:paraId="2E57F3D3" w14:textId="77777777" w:rsidR="00D230D3" w:rsidRPr="00E97BEA" w:rsidRDefault="00000000">
            <w:pPr>
              <w:spacing w:after="0"/>
              <w:jc w:val="center"/>
              <w:rPr>
                <w:sz w:val="22"/>
                <w:szCs w:val="16"/>
              </w:rPr>
            </w:pPr>
            <w:r w:rsidRPr="00E97BEA">
              <w:rPr>
                <w:color w:val="174B3A"/>
                <w:sz w:val="22"/>
                <w:szCs w:val="16"/>
              </w:rPr>
              <w:t>☐</w:t>
            </w:r>
          </w:p>
        </w:tc>
        <w:tc>
          <w:tcPr>
            <w:tcW w:w="8710" w:type="dxa"/>
            <w:tcMar>
              <w:top w:w="95" w:type="dxa"/>
              <w:left w:w="110" w:type="dxa"/>
              <w:bottom w:w="95" w:type="dxa"/>
              <w:right w:w="110" w:type="dxa"/>
            </w:tcMar>
            <w:vAlign w:val="center"/>
          </w:tcPr>
          <w:p w14:paraId="7F31A603" w14:textId="77777777" w:rsidR="00D230D3" w:rsidRPr="00E97BEA" w:rsidRDefault="00000000" w:rsidP="00E97BEA">
            <w:pPr>
              <w:spacing w:after="0"/>
              <w:jc w:val="both"/>
              <w:rPr>
                <w:sz w:val="22"/>
                <w:szCs w:val="16"/>
              </w:rPr>
            </w:pPr>
            <w:r w:rsidRPr="00E97BEA">
              <w:rPr>
                <w:sz w:val="22"/>
                <w:szCs w:val="16"/>
              </w:rPr>
              <w:t>All listed authors have made an appropriate contribution, approved the submitted version, agreed to the order of authorship, and consented to submission to the SAEA 20th ARF 2026.</w:t>
            </w:r>
          </w:p>
        </w:tc>
      </w:tr>
      <w:tr w:rsidR="00D230D3" w:rsidRPr="00E97BEA" w14:paraId="09AC20E4" w14:textId="77777777" w:rsidTr="00E97BEA">
        <w:tc>
          <w:tcPr>
            <w:tcW w:w="650" w:type="dxa"/>
            <w:shd w:val="clear" w:color="auto" w:fill="F5F7F1"/>
            <w:tcMar>
              <w:top w:w="95" w:type="dxa"/>
              <w:left w:w="110" w:type="dxa"/>
              <w:bottom w:w="95" w:type="dxa"/>
              <w:right w:w="110" w:type="dxa"/>
            </w:tcMar>
            <w:vAlign w:val="center"/>
          </w:tcPr>
          <w:p w14:paraId="4DC14A21" w14:textId="77777777" w:rsidR="00D230D3" w:rsidRPr="00E97BEA" w:rsidRDefault="00000000">
            <w:pPr>
              <w:spacing w:after="0"/>
              <w:jc w:val="center"/>
              <w:rPr>
                <w:sz w:val="22"/>
                <w:szCs w:val="16"/>
              </w:rPr>
            </w:pPr>
            <w:r w:rsidRPr="00E97BEA">
              <w:rPr>
                <w:color w:val="174B3A"/>
                <w:sz w:val="22"/>
                <w:szCs w:val="16"/>
              </w:rPr>
              <w:t>☐</w:t>
            </w:r>
          </w:p>
        </w:tc>
        <w:tc>
          <w:tcPr>
            <w:tcW w:w="8710" w:type="dxa"/>
            <w:shd w:val="clear" w:color="auto" w:fill="F5F7F1"/>
            <w:tcMar>
              <w:top w:w="95" w:type="dxa"/>
              <w:left w:w="110" w:type="dxa"/>
              <w:bottom w:w="95" w:type="dxa"/>
              <w:right w:w="110" w:type="dxa"/>
            </w:tcMar>
            <w:vAlign w:val="center"/>
          </w:tcPr>
          <w:p w14:paraId="0B45A3DE" w14:textId="77777777" w:rsidR="00D230D3" w:rsidRPr="00E97BEA" w:rsidRDefault="00000000" w:rsidP="00E97BEA">
            <w:pPr>
              <w:spacing w:after="0"/>
              <w:jc w:val="both"/>
              <w:rPr>
                <w:sz w:val="22"/>
                <w:szCs w:val="16"/>
              </w:rPr>
            </w:pPr>
            <w:r w:rsidRPr="00E97BEA">
              <w:rPr>
                <w:sz w:val="22"/>
                <w:szCs w:val="16"/>
              </w:rPr>
              <w:t>The submission complies with the SAEA abstract-submission guidelines, and all information provided in this form is accurate and complete.</w:t>
            </w:r>
          </w:p>
        </w:tc>
      </w:tr>
      <w:tr w:rsidR="00D230D3" w:rsidRPr="00E97BEA" w14:paraId="7017A0B2" w14:textId="77777777" w:rsidTr="00E97BEA">
        <w:tc>
          <w:tcPr>
            <w:tcW w:w="650" w:type="dxa"/>
            <w:tcMar>
              <w:top w:w="95" w:type="dxa"/>
              <w:left w:w="110" w:type="dxa"/>
              <w:bottom w:w="95" w:type="dxa"/>
              <w:right w:w="110" w:type="dxa"/>
            </w:tcMar>
            <w:vAlign w:val="center"/>
          </w:tcPr>
          <w:p w14:paraId="2B7688DF" w14:textId="77777777" w:rsidR="00D230D3" w:rsidRPr="00E97BEA" w:rsidRDefault="00000000">
            <w:pPr>
              <w:spacing w:after="0"/>
              <w:jc w:val="center"/>
              <w:rPr>
                <w:sz w:val="22"/>
                <w:szCs w:val="16"/>
              </w:rPr>
            </w:pPr>
            <w:r w:rsidRPr="00E97BEA">
              <w:rPr>
                <w:color w:val="174B3A"/>
                <w:sz w:val="22"/>
                <w:szCs w:val="16"/>
              </w:rPr>
              <w:t>☐</w:t>
            </w:r>
          </w:p>
        </w:tc>
        <w:tc>
          <w:tcPr>
            <w:tcW w:w="8710" w:type="dxa"/>
            <w:tcMar>
              <w:top w:w="95" w:type="dxa"/>
              <w:left w:w="110" w:type="dxa"/>
              <w:bottom w:w="95" w:type="dxa"/>
              <w:right w:w="110" w:type="dxa"/>
            </w:tcMar>
            <w:vAlign w:val="center"/>
          </w:tcPr>
          <w:p w14:paraId="7D6D95C5" w14:textId="77777777" w:rsidR="00D230D3" w:rsidRPr="00E97BEA" w:rsidRDefault="00000000" w:rsidP="00E97BEA">
            <w:pPr>
              <w:spacing w:after="0"/>
              <w:jc w:val="both"/>
              <w:rPr>
                <w:sz w:val="22"/>
                <w:szCs w:val="16"/>
              </w:rPr>
            </w:pPr>
            <w:r w:rsidRPr="00E97BEA">
              <w:rPr>
                <w:sz w:val="22"/>
                <w:szCs w:val="16"/>
              </w:rPr>
              <w:t>All sources have been properly acknowledged, and permission has been obtained for any copyrighted material included in the submission.</w:t>
            </w:r>
          </w:p>
        </w:tc>
      </w:tr>
      <w:tr w:rsidR="00D230D3" w:rsidRPr="00E97BEA" w14:paraId="02B6B8AE" w14:textId="77777777" w:rsidTr="00E97BEA">
        <w:tc>
          <w:tcPr>
            <w:tcW w:w="650" w:type="dxa"/>
            <w:shd w:val="clear" w:color="auto" w:fill="F5F7F1"/>
            <w:tcMar>
              <w:top w:w="95" w:type="dxa"/>
              <w:left w:w="110" w:type="dxa"/>
              <w:bottom w:w="95" w:type="dxa"/>
              <w:right w:w="110" w:type="dxa"/>
            </w:tcMar>
            <w:vAlign w:val="center"/>
          </w:tcPr>
          <w:p w14:paraId="557CCFDD" w14:textId="77777777" w:rsidR="00D230D3" w:rsidRPr="00E97BEA" w:rsidRDefault="00000000">
            <w:pPr>
              <w:spacing w:after="0"/>
              <w:jc w:val="center"/>
              <w:rPr>
                <w:sz w:val="22"/>
                <w:szCs w:val="16"/>
              </w:rPr>
            </w:pPr>
            <w:r w:rsidRPr="00E97BEA">
              <w:rPr>
                <w:color w:val="174B3A"/>
                <w:sz w:val="22"/>
                <w:szCs w:val="16"/>
              </w:rPr>
              <w:t>☐</w:t>
            </w:r>
          </w:p>
        </w:tc>
        <w:tc>
          <w:tcPr>
            <w:tcW w:w="8710" w:type="dxa"/>
            <w:shd w:val="clear" w:color="auto" w:fill="F5F7F1"/>
            <w:tcMar>
              <w:top w:w="95" w:type="dxa"/>
              <w:left w:w="110" w:type="dxa"/>
              <w:bottom w:w="95" w:type="dxa"/>
              <w:right w:w="110" w:type="dxa"/>
            </w:tcMar>
            <w:vAlign w:val="center"/>
          </w:tcPr>
          <w:p w14:paraId="303F2D39" w14:textId="77777777" w:rsidR="00D230D3" w:rsidRPr="00E97BEA" w:rsidRDefault="00000000" w:rsidP="00E97BEA">
            <w:pPr>
              <w:spacing w:after="0"/>
              <w:jc w:val="both"/>
              <w:rPr>
                <w:sz w:val="22"/>
                <w:szCs w:val="16"/>
              </w:rPr>
            </w:pPr>
            <w:r w:rsidRPr="00E97BEA">
              <w:rPr>
                <w:sz w:val="22"/>
                <w:szCs w:val="16"/>
              </w:rPr>
              <w:t>Any actual or potential conflicts of interest relevant to this submission have been disclosed to the organizers.</w:t>
            </w:r>
          </w:p>
        </w:tc>
      </w:tr>
      <w:tr w:rsidR="00D230D3" w:rsidRPr="00E97BEA" w14:paraId="1BD80929" w14:textId="77777777" w:rsidTr="00E97BEA">
        <w:tc>
          <w:tcPr>
            <w:tcW w:w="650" w:type="dxa"/>
            <w:tcMar>
              <w:top w:w="95" w:type="dxa"/>
              <w:left w:w="110" w:type="dxa"/>
              <w:bottom w:w="95" w:type="dxa"/>
              <w:right w:w="110" w:type="dxa"/>
            </w:tcMar>
            <w:vAlign w:val="center"/>
          </w:tcPr>
          <w:p w14:paraId="36D79DF0" w14:textId="77777777" w:rsidR="00D230D3" w:rsidRPr="00E97BEA" w:rsidRDefault="00000000">
            <w:pPr>
              <w:spacing w:after="0"/>
              <w:jc w:val="center"/>
              <w:rPr>
                <w:sz w:val="22"/>
                <w:szCs w:val="16"/>
              </w:rPr>
            </w:pPr>
            <w:r w:rsidRPr="00E97BEA">
              <w:rPr>
                <w:color w:val="174B3A"/>
                <w:sz w:val="22"/>
                <w:szCs w:val="16"/>
              </w:rPr>
              <w:t>☐</w:t>
            </w:r>
          </w:p>
        </w:tc>
        <w:tc>
          <w:tcPr>
            <w:tcW w:w="8710" w:type="dxa"/>
            <w:tcMar>
              <w:top w:w="95" w:type="dxa"/>
              <w:left w:w="110" w:type="dxa"/>
              <w:bottom w:w="95" w:type="dxa"/>
              <w:right w:w="110" w:type="dxa"/>
            </w:tcMar>
            <w:vAlign w:val="center"/>
          </w:tcPr>
          <w:p w14:paraId="08D2D8E9" w14:textId="77777777" w:rsidR="00D230D3" w:rsidRPr="00E97BEA" w:rsidRDefault="00000000" w:rsidP="00E97BEA">
            <w:pPr>
              <w:spacing w:after="0"/>
              <w:jc w:val="both"/>
              <w:rPr>
                <w:sz w:val="22"/>
                <w:szCs w:val="16"/>
              </w:rPr>
            </w:pPr>
            <w:r w:rsidRPr="00E97BEA">
              <w:rPr>
                <w:sz w:val="22"/>
                <w:szCs w:val="16"/>
              </w:rPr>
              <w:t>The authors grant SAEA permission to publish the accepted abstract in the ARF abstract booklet and related official forum materials.</w:t>
            </w:r>
          </w:p>
        </w:tc>
      </w:tr>
      <w:tr w:rsidR="00D230D3" w:rsidRPr="00E97BEA" w14:paraId="27A8AF21" w14:textId="77777777" w:rsidTr="00E97BEA">
        <w:tc>
          <w:tcPr>
            <w:tcW w:w="650" w:type="dxa"/>
            <w:shd w:val="clear" w:color="auto" w:fill="F5F7F1"/>
            <w:tcMar>
              <w:top w:w="95" w:type="dxa"/>
              <w:left w:w="110" w:type="dxa"/>
              <w:bottom w:w="95" w:type="dxa"/>
              <w:right w:w="110" w:type="dxa"/>
            </w:tcMar>
            <w:vAlign w:val="center"/>
          </w:tcPr>
          <w:p w14:paraId="49E42B4F" w14:textId="77777777" w:rsidR="00D230D3" w:rsidRPr="00E97BEA" w:rsidRDefault="00000000">
            <w:pPr>
              <w:spacing w:after="0"/>
              <w:jc w:val="center"/>
              <w:rPr>
                <w:sz w:val="22"/>
                <w:szCs w:val="16"/>
              </w:rPr>
            </w:pPr>
            <w:r w:rsidRPr="00E97BEA">
              <w:rPr>
                <w:color w:val="174B3A"/>
                <w:sz w:val="22"/>
                <w:szCs w:val="16"/>
              </w:rPr>
              <w:t>☐</w:t>
            </w:r>
          </w:p>
        </w:tc>
        <w:tc>
          <w:tcPr>
            <w:tcW w:w="8710" w:type="dxa"/>
            <w:shd w:val="clear" w:color="auto" w:fill="F5F7F1"/>
            <w:tcMar>
              <w:top w:w="95" w:type="dxa"/>
              <w:left w:w="110" w:type="dxa"/>
              <w:bottom w:w="95" w:type="dxa"/>
              <w:right w:w="110" w:type="dxa"/>
            </w:tcMar>
            <w:vAlign w:val="center"/>
          </w:tcPr>
          <w:p w14:paraId="515E3F21" w14:textId="77777777" w:rsidR="00D230D3" w:rsidRPr="00E97BEA" w:rsidRDefault="00000000" w:rsidP="00E97BEA">
            <w:pPr>
              <w:spacing w:after="0"/>
              <w:jc w:val="both"/>
              <w:rPr>
                <w:sz w:val="22"/>
                <w:szCs w:val="16"/>
              </w:rPr>
            </w:pPr>
            <w:r w:rsidRPr="00E97BEA">
              <w:rPr>
                <w:sz w:val="22"/>
                <w:szCs w:val="16"/>
              </w:rPr>
              <w:t>I agree to communicate with the SAEA 20th ARF 2026 organizers on behalf of all co-authors and to promptly convey relevant decisions and requirements to them.</w:t>
            </w:r>
          </w:p>
        </w:tc>
      </w:tr>
    </w:tbl>
    <w:p w14:paraId="21289164" w14:textId="77777777" w:rsidR="00962F6D" w:rsidRDefault="00962F6D">
      <w:pPr>
        <w:spacing w:before="200" w:after="240"/>
        <w:rPr>
          <w:b/>
          <w:color w:val="174B3A"/>
          <w:sz w:val="19"/>
        </w:rPr>
      </w:pPr>
    </w:p>
    <w:p w14:paraId="0D534C2C" w14:textId="2C5E5BC2" w:rsidR="00D230D3" w:rsidRPr="00E97BEA" w:rsidRDefault="00000000" w:rsidP="00E97BEA">
      <w:pPr>
        <w:spacing w:before="200" w:after="240"/>
        <w:jc w:val="both"/>
        <w:rPr>
          <w:color w:val="auto"/>
          <w:sz w:val="22"/>
          <w:szCs w:val="24"/>
        </w:rPr>
      </w:pPr>
      <w:r w:rsidRPr="00E97BEA">
        <w:rPr>
          <w:b/>
          <w:color w:val="auto"/>
          <w:szCs w:val="24"/>
        </w:rPr>
        <w:t>By signing below, I confirm that I am authorized to make this declaration on behalf of all authors.</w:t>
      </w:r>
    </w:p>
    <w:p w14:paraId="4F9DFCE4" w14:textId="77777777" w:rsidR="00D230D3" w:rsidRPr="00E97BEA" w:rsidRDefault="00000000" w:rsidP="00E97BEA">
      <w:pPr>
        <w:spacing w:after="140"/>
        <w:jc w:val="both"/>
        <w:rPr>
          <w:color w:val="auto"/>
          <w:sz w:val="22"/>
          <w:szCs w:val="24"/>
        </w:rPr>
      </w:pPr>
      <w:r w:rsidRPr="00E97BEA">
        <w:rPr>
          <w:b/>
          <w:color w:val="auto"/>
          <w:sz w:val="22"/>
          <w:szCs w:val="24"/>
        </w:rPr>
        <w:t xml:space="preserve">Name of corresponding author:  </w:t>
      </w:r>
      <w:r w:rsidRPr="00E97BEA">
        <w:rPr>
          <w:color w:val="auto"/>
          <w:sz w:val="22"/>
          <w:szCs w:val="24"/>
        </w:rPr>
        <w:t>____________________________________________________________</w:t>
      </w:r>
    </w:p>
    <w:p w14:paraId="1E65B341" w14:textId="510A84E8" w:rsidR="00D230D3" w:rsidRPr="00E97BEA" w:rsidRDefault="00000000" w:rsidP="00E97BEA">
      <w:pPr>
        <w:spacing w:after="140"/>
        <w:jc w:val="both"/>
        <w:rPr>
          <w:color w:val="auto"/>
          <w:sz w:val="22"/>
          <w:szCs w:val="24"/>
        </w:rPr>
      </w:pPr>
      <w:r w:rsidRPr="00E97BEA">
        <w:rPr>
          <w:b/>
          <w:color w:val="auto"/>
          <w:sz w:val="22"/>
          <w:szCs w:val="24"/>
        </w:rPr>
        <w:t>Signature</w:t>
      </w:r>
      <w:proofErr w:type="gramStart"/>
      <w:r w:rsidRPr="00E97BEA">
        <w:rPr>
          <w:b/>
          <w:color w:val="auto"/>
          <w:sz w:val="22"/>
          <w:szCs w:val="24"/>
        </w:rPr>
        <w:t xml:space="preserve">:  </w:t>
      </w:r>
      <w:r w:rsidRPr="00E97BEA">
        <w:rPr>
          <w:color w:val="auto"/>
          <w:sz w:val="22"/>
          <w:szCs w:val="24"/>
        </w:rPr>
        <w:t>_</w:t>
      </w:r>
      <w:proofErr w:type="gramEnd"/>
      <w:r w:rsidRPr="00E97BEA">
        <w:rPr>
          <w:color w:val="auto"/>
          <w:sz w:val="22"/>
          <w:szCs w:val="24"/>
        </w:rPr>
        <w:t>__________________________</w:t>
      </w:r>
      <w:r w:rsidR="00E97BEA">
        <w:rPr>
          <w:color w:val="auto"/>
          <w:sz w:val="22"/>
          <w:szCs w:val="24"/>
        </w:rPr>
        <w:t xml:space="preserve">                                      </w:t>
      </w:r>
      <w:r w:rsidRPr="00E97BEA">
        <w:rPr>
          <w:b/>
          <w:color w:val="auto"/>
          <w:sz w:val="22"/>
          <w:szCs w:val="24"/>
        </w:rPr>
        <w:t xml:space="preserve">Date:  </w:t>
      </w:r>
      <w:r w:rsidRPr="00E97BEA">
        <w:rPr>
          <w:color w:val="auto"/>
          <w:sz w:val="22"/>
          <w:szCs w:val="24"/>
        </w:rPr>
        <w:t>______________________________</w:t>
      </w:r>
    </w:p>
    <w:tbl>
      <w:tblPr>
        <w:tblW w:w="9360" w:type="dxa"/>
        <w:jc w:val="center"/>
        <w:tblBorders>
          <w:top w:val="single" w:sz="8" w:space="0" w:color="E7B92F"/>
          <w:left w:val="single" w:sz="8" w:space="0" w:color="E7B92F"/>
          <w:bottom w:val="single" w:sz="8" w:space="0" w:color="E7B92F"/>
          <w:right w:val="single" w:sz="8" w:space="0" w:color="E7B92F"/>
          <w:insideH w:val="single" w:sz="8" w:space="0" w:color="E7B92F"/>
          <w:insideV w:val="single" w:sz="8" w:space="0" w:color="E7B92F"/>
        </w:tblBorders>
        <w:tblLayout w:type="fixed"/>
        <w:tblLook w:val="04A0" w:firstRow="1" w:lastRow="0" w:firstColumn="1" w:lastColumn="0" w:noHBand="0" w:noVBand="1"/>
      </w:tblPr>
      <w:tblGrid>
        <w:gridCol w:w="9360"/>
      </w:tblGrid>
      <w:tr w:rsidR="00D230D3" w14:paraId="49D23B70" w14:textId="77777777">
        <w:trPr>
          <w:jc w:val="center"/>
        </w:trPr>
        <w:tc>
          <w:tcPr>
            <w:tcW w:w="9360" w:type="dxa"/>
            <w:shd w:val="clear" w:color="auto" w:fill="FFF8DE"/>
            <w:tcMar>
              <w:top w:w="95" w:type="dxa"/>
              <w:left w:w="110" w:type="dxa"/>
              <w:bottom w:w="95" w:type="dxa"/>
              <w:right w:w="110" w:type="dxa"/>
            </w:tcMar>
            <w:vAlign w:val="center"/>
          </w:tcPr>
          <w:p w14:paraId="3E9A8AF9" w14:textId="77777777" w:rsidR="00D230D3" w:rsidRDefault="00000000" w:rsidP="00E97BEA">
            <w:pPr>
              <w:spacing w:after="0"/>
              <w:jc w:val="both"/>
            </w:pPr>
            <w:r w:rsidRPr="00E97BEA">
              <w:rPr>
                <w:b/>
                <w:color w:val="auto"/>
                <w:sz w:val="19"/>
              </w:rPr>
              <w:t>Submission requirement: This completed Author Declaration Form must be submitted together with the abstract.</w:t>
            </w:r>
          </w:p>
        </w:tc>
      </w:tr>
    </w:tbl>
    <w:p w14:paraId="213F0E62" w14:textId="77777777" w:rsidR="0007299C" w:rsidRDefault="0007299C"/>
    <w:sectPr w:rsidR="0007299C" w:rsidSect="00962F6D">
      <w:footerReference w:type="default" r:id="rId8"/>
      <w:pgSz w:w="12240" w:h="15840"/>
      <w:pgMar w:top="1440" w:right="1080" w:bottom="1440" w:left="108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3638E02" w14:textId="77777777" w:rsidR="0007299C" w:rsidRDefault="0007299C">
      <w:pPr>
        <w:spacing w:after="0" w:line="240" w:lineRule="auto"/>
      </w:pPr>
      <w:r>
        <w:separator/>
      </w:r>
    </w:p>
  </w:endnote>
  <w:endnote w:type="continuationSeparator" w:id="0">
    <w:p w14:paraId="73B231C1" w14:textId="77777777" w:rsidR="0007299C" w:rsidRDefault="0007299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ACFF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409020205020404"/>
    <w:charset w:val="00"/>
    <w:family w:val="auto"/>
    <w:pitch w:val="variable"/>
    <w:sig w:usb0="00000003" w:usb1="00000000" w:usb2="00000000" w:usb3="00000000" w:csb0="00000001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04648DC" w14:textId="77777777" w:rsidR="00D230D3" w:rsidRDefault="00000000">
    <w:pPr>
      <w:pStyle w:val="Footer"/>
      <w:jc w:val="center"/>
    </w:pPr>
    <w:r>
      <w:rPr>
        <w:color w:val="646B62"/>
        <w:sz w:val="17"/>
      </w:rPr>
      <w:t>Sri Lanka Agricultural Economics Association (</w:t>
    </w:r>
    <w:proofErr w:type="gramStart"/>
    <w:r>
      <w:rPr>
        <w:color w:val="646B62"/>
        <w:sz w:val="17"/>
      </w:rPr>
      <w:t>SAEA)  |</w:t>
    </w:r>
    <w:proofErr w:type="gramEnd"/>
    <w:r>
      <w:rPr>
        <w:color w:val="646B62"/>
        <w:sz w:val="17"/>
      </w:rPr>
      <w:t xml:space="preserve">  20th ARF 2026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976996F" w14:textId="77777777" w:rsidR="0007299C" w:rsidRDefault="0007299C">
      <w:pPr>
        <w:spacing w:after="0" w:line="240" w:lineRule="auto"/>
      </w:pPr>
      <w:r>
        <w:separator/>
      </w:r>
    </w:p>
  </w:footnote>
  <w:footnote w:type="continuationSeparator" w:id="0">
    <w:p w14:paraId="73C0E96D" w14:textId="77777777" w:rsidR="0007299C" w:rsidRDefault="0007299C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 w16cid:durableId="2018538139">
    <w:abstractNumId w:val="8"/>
  </w:num>
  <w:num w:numId="2" w16cid:durableId="1913394986">
    <w:abstractNumId w:val="6"/>
  </w:num>
  <w:num w:numId="3" w16cid:durableId="338698187">
    <w:abstractNumId w:val="5"/>
  </w:num>
  <w:num w:numId="4" w16cid:durableId="651637959">
    <w:abstractNumId w:val="4"/>
  </w:num>
  <w:num w:numId="5" w16cid:durableId="1701079355">
    <w:abstractNumId w:val="7"/>
  </w:num>
  <w:num w:numId="6" w16cid:durableId="822743644">
    <w:abstractNumId w:val="3"/>
  </w:num>
  <w:num w:numId="7" w16cid:durableId="718817732">
    <w:abstractNumId w:val="2"/>
  </w:num>
  <w:num w:numId="8" w16cid:durableId="1817985999">
    <w:abstractNumId w:val="1"/>
  </w:num>
  <w:num w:numId="9" w16cid:durableId="171635293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47730"/>
    <w:rsid w:val="00034616"/>
    <w:rsid w:val="0006063C"/>
    <w:rsid w:val="0007299C"/>
    <w:rsid w:val="0015074B"/>
    <w:rsid w:val="001C0D03"/>
    <w:rsid w:val="0029639D"/>
    <w:rsid w:val="00326F90"/>
    <w:rsid w:val="00962F6D"/>
    <w:rsid w:val="00AA1D8D"/>
    <w:rsid w:val="00B47730"/>
    <w:rsid w:val="00CB0664"/>
    <w:rsid w:val="00D230D3"/>
    <w:rsid w:val="00E97BEA"/>
    <w:rsid w:val="00FC693F"/>
    <w:rsid w:val="00FD37C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4:docId w14:val="463EDC14"/>
  <w14:defaultImageDpi w14:val="300"/>
  <w15:docId w15:val="{05BE632A-931A-4737-AE52-236A7841D37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C693F"/>
    <w:pPr>
      <w:spacing w:after="100" w:line="254" w:lineRule="auto"/>
    </w:pPr>
    <w:rPr>
      <w:rFonts w:ascii="Aptos" w:hAnsi="Aptos"/>
      <w:color w:val="222222"/>
      <w:sz w:val="20"/>
    </w:rPr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354</TotalTime>
  <Pages>2</Pages>
  <Words>327</Words>
  <Characters>1868</Characters>
  <Application>Microsoft Office Word</Application>
  <DocSecurity>0</DocSecurity>
  <Lines>15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2191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SAEA 20th ARF 2026 Author Declaration Form</dc:title>
  <dc:subject>Author declaration for abstract submission</dc:subject>
  <dc:creator>Sri Lanka Agricultural Economics Association (SAEA)</dc:creator>
  <cp:keywords/>
  <dc:description>generated by python-docx</dc:description>
  <cp:lastModifiedBy>ITAdmin</cp:lastModifiedBy>
  <cp:revision>4</cp:revision>
  <dcterms:created xsi:type="dcterms:W3CDTF">2026-09-05T05:52:00Z</dcterms:created>
  <dcterms:modified xsi:type="dcterms:W3CDTF">2026-09-05T11:45:00Z</dcterms:modified>
  <cp:category/>
</cp:coreProperties>
</file>