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9DC3C" w14:textId="77777777" w:rsidR="0075081A" w:rsidRDefault="00000000">
      <w:pPr>
        <w:spacing w:after="40"/>
        <w:jc w:val="center"/>
      </w:pPr>
      <w:r>
        <w:rPr>
          <w:rFonts w:ascii="Aptos Display" w:hAnsi="Aptos Display"/>
          <w:b/>
          <w:color w:val="174B3A"/>
          <w:sz w:val="40"/>
        </w:rPr>
        <w:t>20th Annual Research Forum (ARF) - 2026</w:t>
      </w:r>
    </w:p>
    <w:p w14:paraId="2732DB8A" w14:textId="77777777" w:rsidR="0075081A" w:rsidRDefault="00000000">
      <w:pPr>
        <w:spacing w:after="200"/>
        <w:jc w:val="center"/>
      </w:pPr>
      <w:r>
        <w:rPr>
          <w:b/>
          <w:color w:val="44733F"/>
          <w:sz w:val="25"/>
        </w:rPr>
        <w:t>Sri Lanka Agricultural Economics Association (SAEA)</w:t>
      </w:r>
    </w:p>
    <w:tbl>
      <w:tblPr>
        <w:tblW w:w="10124" w:type="dxa"/>
        <w:jc w:val="center"/>
        <w:tblLayout w:type="fixed"/>
        <w:tblLook w:val="04A0" w:firstRow="1" w:lastRow="0" w:firstColumn="1" w:lastColumn="0" w:noHBand="0" w:noVBand="1"/>
      </w:tblPr>
      <w:tblGrid>
        <w:gridCol w:w="1360"/>
        <w:gridCol w:w="8764"/>
      </w:tblGrid>
      <w:tr w:rsidR="0075081A" w:rsidRPr="00A91EF2" w14:paraId="1F002A40" w14:textId="77777777" w:rsidTr="00AE55CF">
        <w:trPr>
          <w:trHeight w:val="289"/>
          <w:jc w:val="center"/>
        </w:trPr>
        <w:tc>
          <w:tcPr>
            <w:tcW w:w="1360" w:type="dxa"/>
            <w:shd w:val="clear" w:color="auto" w:fill="174B3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51D0CC8" w14:textId="77777777" w:rsidR="0075081A" w:rsidRPr="00A91EF2" w:rsidRDefault="00000000">
            <w:pPr>
              <w:spacing w:after="0"/>
              <w:rPr>
                <w:sz w:val="24"/>
                <w:szCs w:val="24"/>
              </w:rPr>
            </w:pPr>
            <w:r w:rsidRPr="00A91EF2">
              <w:rPr>
                <w:b/>
                <w:color w:val="FFFFFF"/>
                <w:sz w:val="24"/>
                <w:szCs w:val="24"/>
              </w:rPr>
              <w:t>SCOPE</w:t>
            </w:r>
          </w:p>
        </w:tc>
        <w:tc>
          <w:tcPr>
            <w:tcW w:w="8764" w:type="dxa"/>
            <w:shd w:val="clear" w:color="auto" w:fill="E8F0D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68031B8" w14:textId="77777777" w:rsidR="0075081A" w:rsidRPr="00A91EF2" w:rsidRDefault="00000000">
            <w:pPr>
              <w:spacing w:after="0"/>
              <w:rPr>
                <w:sz w:val="24"/>
                <w:szCs w:val="24"/>
              </w:rPr>
            </w:pPr>
            <w:r w:rsidRPr="00A91EF2">
              <w:rPr>
                <w:b/>
                <w:color w:val="174B3A"/>
                <w:sz w:val="24"/>
                <w:szCs w:val="24"/>
              </w:rPr>
              <w:t>Agricultural Economics</w:t>
            </w:r>
          </w:p>
        </w:tc>
      </w:tr>
      <w:tr w:rsidR="0075081A" w:rsidRPr="00A91EF2" w14:paraId="36138A40" w14:textId="77777777" w:rsidTr="00AE55CF">
        <w:trPr>
          <w:trHeight w:val="279"/>
          <w:jc w:val="center"/>
        </w:trPr>
        <w:tc>
          <w:tcPr>
            <w:tcW w:w="1360" w:type="dxa"/>
            <w:shd w:val="clear" w:color="auto" w:fill="174B3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4619AE3" w14:textId="77777777" w:rsidR="0075081A" w:rsidRPr="00A91EF2" w:rsidRDefault="00000000">
            <w:pPr>
              <w:spacing w:after="0"/>
              <w:rPr>
                <w:sz w:val="24"/>
                <w:szCs w:val="24"/>
              </w:rPr>
            </w:pPr>
            <w:r w:rsidRPr="00A91EF2">
              <w:rPr>
                <w:b/>
                <w:color w:val="FFFFFF"/>
                <w:sz w:val="24"/>
                <w:szCs w:val="24"/>
              </w:rPr>
              <w:t>DATE</w:t>
            </w:r>
          </w:p>
        </w:tc>
        <w:tc>
          <w:tcPr>
            <w:tcW w:w="8764" w:type="dxa"/>
            <w:shd w:val="clear" w:color="auto" w:fill="E8F0D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F7FD4CE" w14:textId="77777777" w:rsidR="0075081A" w:rsidRPr="00A91EF2" w:rsidRDefault="00000000">
            <w:pPr>
              <w:spacing w:after="0"/>
              <w:rPr>
                <w:sz w:val="24"/>
                <w:szCs w:val="24"/>
              </w:rPr>
            </w:pPr>
            <w:r w:rsidRPr="00A91EF2">
              <w:rPr>
                <w:b/>
                <w:color w:val="174B3A"/>
                <w:sz w:val="24"/>
                <w:szCs w:val="24"/>
              </w:rPr>
              <w:t>17 December 2026</w:t>
            </w:r>
          </w:p>
        </w:tc>
      </w:tr>
      <w:tr w:rsidR="0075081A" w:rsidRPr="00A91EF2" w14:paraId="42EF3A84" w14:textId="77777777" w:rsidTr="00AE55CF">
        <w:trPr>
          <w:trHeight w:val="579"/>
          <w:jc w:val="center"/>
        </w:trPr>
        <w:tc>
          <w:tcPr>
            <w:tcW w:w="1360" w:type="dxa"/>
            <w:shd w:val="clear" w:color="auto" w:fill="174B3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6AB818F" w14:textId="77777777" w:rsidR="0075081A" w:rsidRPr="00A91EF2" w:rsidRDefault="00000000">
            <w:pPr>
              <w:spacing w:after="0"/>
              <w:rPr>
                <w:sz w:val="24"/>
                <w:szCs w:val="24"/>
              </w:rPr>
            </w:pPr>
            <w:r w:rsidRPr="00A91EF2">
              <w:rPr>
                <w:b/>
                <w:color w:val="FFFFFF"/>
                <w:sz w:val="24"/>
                <w:szCs w:val="24"/>
              </w:rPr>
              <w:t>VENUE</w:t>
            </w:r>
          </w:p>
        </w:tc>
        <w:tc>
          <w:tcPr>
            <w:tcW w:w="8764" w:type="dxa"/>
            <w:shd w:val="clear" w:color="auto" w:fill="E8F0D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C96094B" w14:textId="77777777" w:rsidR="0075081A" w:rsidRPr="00A91EF2" w:rsidRDefault="00000000">
            <w:pPr>
              <w:spacing w:after="0"/>
              <w:rPr>
                <w:sz w:val="24"/>
                <w:szCs w:val="24"/>
              </w:rPr>
            </w:pPr>
            <w:r w:rsidRPr="00A91EF2">
              <w:rPr>
                <w:b/>
                <w:color w:val="174B3A"/>
                <w:sz w:val="24"/>
                <w:szCs w:val="24"/>
              </w:rPr>
              <w:t>Hector Kobbekaduwa Agrarian Research and Training Institute (HARTI), Colombo 7</w:t>
            </w:r>
          </w:p>
        </w:tc>
      </w:tr>
    </w:tbl>
    <w:p w14:paraId="6EA4C399" w14:textId="77777777" w:rsidR="0075081A" w:rsidRPr="00A91EF2" w:rsidRDefault="00000000">
      <w:pPr>
        <w:pStyle w:val="Heading1"/>
        <w:rPr>
          <w:color w:val="auto"/>
        </w:rPr>
      </w:pPr>
      <w:r w:rsidRPr="00A91EF2">
        <w:rPr>
          <w:color w:val="auto"/>
        </w:rPr>
        <w:t>Guidelines for Submission</w:t>
      </w:r>
    </w:p>
    <w:p w14:paraId="41F0C921" w14:textId="77777777" w:rsidR="0075081A" w:rsidRPr="00AE55CF" w:rsidRDefault="00000000" w:rsidP="00AE55CF">
      <w:pPr>
        <w:jc w:val="both"/>
        <w:rPr>
          <w:sz w:val="24"/>
          <w:szCs w:val="28"/>
        </w:rPr>
      </w:pPr>
      <w:r w:rsidRPr="00AE55CF">
        <w:rPr>
          <w:sz w:val="24"/>
          <w:szCs w:val="28"/>
        </w:rPr>
        <w:t xml:space="preserve">Authors should submit </w:t>
      </w:r>
      <w:r w:rsidRPr="00AE55CF">
        <w:rPr>
          <w:b/>
          <w:sz w:val="24"/>
          <w:szCs w:val="28"/>
        </w:rPr>
        <w:t>two separate documents</w:t>
      </w:r>
      <w:r w:rsidRPr="00AE55CF">
        <w:rPr>
          <w:sz w:val="24"/>
          <w:szCs w:val="28"/>
        </w:rPr>
        <w:t>: an abstract of 300-350 words and an extended abstract of 800-1,000 words. The extended abstract will be used for the selection process, while the abstract will be published in the online ARF abstract booklet.</w:t>
      </w:r>
    </w:p>
    <w:p w14:paraId="347AEEF9" w14:textId="77777777" w:rsidR="00AE55CF" w:rsidRDefault="00AE55CF">
      <w:pPr>
        <w:pStyle w:val="Heading2"/>
      </w:pPr>
    </w:p>
    <w:p w14:paraId="4D60DD44" w14:textId="44ACCE80" w:rsidR="0075081A" w:rsidRPr="00A91EF2" w:rsidRDefault="00000000">
      <w:pPr>
        <w:pStyle w:val="Heading2"/>
        <w:rPr>
          <w:color w:val="auto"/>
        </w:rPr>
      </w:pPr>
      <w:r w:rsidRPr="00A91EF2">
        <w:rPr>
          <w:color w:val="auto"/>
        </w:rPr>
        <w:t>Abstract</w:t>
      </w:r>
    </w:p>
    <w:p w14:paraId="18155139" w14:textId="77777777" w:rsidR="0075081A" w:rsidRPr="00A91EF2" w:rsidRDefault="00000000" w:rsidP="00AE55CF">
      <w:pPr>
        <w:numPr>
          <w:ilvl w:val="0"/>
          <w:numId w:val="2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>Length: 300-350 words.</w:t>
      </w:r>
    </w:p>
    <w:p w14:paraId="04D9B12E" w14:textId="77777777" w:rsidR="0075081A" w:rsidRPr="00A91EF2" w:rsidRDefault="00000000" w:rsidP="00AE55CF">
      <w:pPr>
        <w:numPr>
          <w:ilvl w:val="0"/>
          <w:numId w:val="2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>Paper size and orientation: A4 (210 x 297 mm), portrait.</w:t>
      </w:r>
    </w:p>
    <w:p w14:paraId="2E6EF167" w14:textId="77777777" w:rsidR="0075081A" w:rsidRPr="00A91EF2" w:rsidRDefault="00000000" w:rsidP="00AE55CF">
      <w:pPr>
        <w:numPr>
          <w:ilvl w:val="0"/>
          <w:numId w:val="2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>Margins: 25 mm on all sides.</w:t>
      </w:r>
    </w:p>
    <w:p w14:paraId="712FBF07" w14:textId="77777777" w:rsidR="0075081A" w:rsidRPr="00A91EF2" w:rsidRDefault="00000000" w:rsidP="00AE55CF">
      <w:pPr>
        <w:numPr>
          <w:ilvl w:val="0"/>
          <w:numId w:val="2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>Font and spacing: Times New Roman, 12 pt, double-spaced.</w:t>
      </w:r>
    </w:p>
    <w:p w14:paraId="4FC05BBD" w14:textId="77777777" w:rsidR="0075081A" w:rsidRPr="00A91EF2" w:rsidRDefault="00000000" w:rsidP="00AE55CF">
      <w:pPr>
        <w:numPr>
          <w:ilvl w:val="0"/>
          <w:numId w:val="2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>Keywords: Include five keywords that do not appear in the title, arranged alphabetically.</w:t>
      </w:r>
    </w:p>
    <w:p w14:paraId="218C4697" w14:textId="77777777" w:rsidR="0075081A" w:rsidRPr="00A91EF2" w:rsidRDefault="00000000" w:rsidP="00AE55CF">
      <w:pPr>
        <w:numPr>
          <w:ilvl w:val="0"/>
          <w:numId w:val="2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 xml:space="preserve">File format and name: Microsoft </w:t>
      </w:r>
      <w:proofErr w:type="gramStart"/>
      <w:r w:rsidRPr="00A91EF2">
        <w:rPr>
          <w:color w:val="auto"/>
          <w:sz w:val="22"/>
          <w:szCs w:val="24"/>
        </w:rPr>
        <w:t>Word (.</w:t>
      </w:r>
      <w:proofErr w:type="gramEnd"/>
      <w:r w:rsidRPr="00A91EF2">
        <w:rPr>
          <w:color w:val="auto"/>
          <w:sz w:val="22"/>
          <w:szCs w:val="24"/>
        </w:rPr>
        <w:t>docx); name the file "YourLastName_Abstract.docx".</w:t>
      </w:r>
    </w:p>
    <w:p w14:paraId="1D7CDC09" w14:textId="77777777" w:rsidR="0075081A" w:rsidRPr="00A91EF2" w:rsidRDefault="00000000" w:rsidP="00AE55CF">
      <w:pPr>
        <w:numPr>
          <w:ilvl w:val="0"/>
          <w:numId w:val="2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>Submission email: saeassociation@gmail.com. Use the subject line "Submission to 20th ARF: Your Last Name".</w:t>
      </w:r>
    </w:p>
    <w:p w14:paraId="776C2DE8" w14:textId="77777777" w:rsidR="00AE55CF" w:rsidRPr="00A91EF2" w:rsidRDefault="00AE55CF">
      <w:pPr>
        <w:pStyle w:val="Heading2"/>
        <w:rPr>
          <w:color w:val="auto"/>
        </w:rPr>
      </w:pPr>
    </w:p>
    <w:p w14:paraId="5A11FC31" w14:textId="6B2EA491" w:rsidR="0075081A" w:rsidRPr="00A91EF2" w:rsidRDefault="00000000">
      <w:pPr>
        <w:pStyle w:val="Heading2"/>
        <w:rPr>
          <w:color w:val="auto"/>
        </w:rPr>
      </w:pPr>
      <w:r w:rsidRPr="00A91EF2">
        <w:rPr>
          <w:color w:val="auto"/>
        </w:rPr>
        <w:t>Extended Abstract</w:t>
      </w:r>
    </w:p>
    <w:p w14:paraId="7F04C31B" w14:textId="77777777" w:rsidR="0075081A" w:rsidRPr="00A91EF2" w:rsidRDefault="00000000" w:rsidP="00AE55CF">
      <w:pPr>
        <w:numPr>
          <w:ilvl w:val="0"/>
          <w:numId w:val="3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>Length: 800-1,000 words.</w:t>
      </w:r>
    </w:p>
    <w:p w14:paraId="74BDE4CE" w14:textId="77777777" w:rsidR="0075081A" w:rsidRPr="00A91EF2" w:rsidRDefault="00000000" w:rsidP="00AE55CF">
      <w:pPr>
        <w:numPr>
          <w:ilvl w:val="0"/>
          <w:numId w:val="3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>Content: Title, introduction and objectives, methodology/methods, findings, conclusions, and a concise list of key references in APA style.</w:t>
      </w:r>
    </w:p>
    <w:p w14:paraId="33FFB8BC" w14:textId="77777777" w:rsidR="0075081A" w:rsidRPr="00A91EF2" w:rsidRDefault="00000000" w:rsidP="00AE55CF">
      <w:pPr>
        <w:numPr>
          <w:ilvl w:val="0"/>
          <w:numId w:val="3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>Figures, images, and tables may be included where necessary.</w:t>
      </w:r>
    </w:p>
    <w:p w14:paraId="745ECE8C" w14:textId="77777777" w:rsidR="0075081A" w:rsidRPr="00A91EF2" w:rsidRDefault="00000000" w:rsidP="00AE55CF">
      <w:pPr>
        <w:numPr>
          <w:ilvl w:val="0"/>
          <w:numId w:val="3"/>
        </w:numPr>
        <w:spacing w:after="60"/>
        <w:jc w:val="both"/>
        <w:rPr>
          <w:color w:val="auto"/>
          <w:sz w:val="22"/>
          <w:szCs w:val="24"/>
        </w:rPr>
      </w:pPr>
      <w:r w:rsidRPr="00A91EF2">
        <w:rPr>
          <w:color w:val="auto"/>
          <w:sz w:val="22"/>
          <w:szCs w:val="24"/>
        </w:rPr>
        <w:t>Font and formatting: Follow the same requirements specified for the abstract.</w:t>
      </w:r>
    </w:p>
    <w:p w14:paraId="7426D149" w14:textId="77777777" w:rsidR="0075081A" w:rsidRPr="00A91EF2" w:rsidRDefault="00000000" w:rsidP="00AE55CF">
      <w:pPr>
        <w:numPr>
          <w:ilvl w:val="0"/>
          <w:numId w:val="3"/>
        </w:numPr>
        <w:spacing w:after="60"/>
        <w:jc w:val="both"/>
        <w:rPr>
          <w:color w:val="auto"/>
        </w:rPr>
      </w:pPr>
      <w:r w:rsidRPr="00A91EF2">
        <w:rPr>
          <w:color w:val="auto"/>
          <w:sz w:val="22"/>
          <w:szCs w:val="24"/>
        </w:rPr>
        <w:t>File name: "YourLastName_ExtAbstract.docx". Submit it together with the abstract</w:t>
      </w:r>
      <w:r w:rsidRPr="00A91EF2">
        <w:rPr>
          <w:color w:val="auto"/>
        </w:rPr>
        <w:t>.</w:t>
      </w:r>
    </w:p>
    <w:p w14:paraId="1037C440" w14:textId="77777777" w:rsidR="0075081A" w:rsidRDefault="00000000">
      <w:r>
        <w:br w:type="page"/>
      </w:r>
    </w:p>
    <w:p w14:paraId="46707FED" w14:textId="77777777" w:rsidR="0075081A" w:rsidRPr="00A91EF2" w:rsidRDefault="00000000">
      <w:pPr>
        <w:pStyle w:val="Heading1"/>
        <w:rPr>
          <w:color w:val="auto"/>
          <w:sz w:val="24"/>
          <w:szCs w:val="22"/>
        </w:rPr>
      </w:pPr>
      <w:r w:rsidRPr="00A91EF2">
        <w:rPr>
          <w:color w:val="auto"/>
          <w:sz w:val="24"/>
          <w:szCs w:val="22"/>
        </w:rPr>
        <w:lastRenderedPageBreak/>
        <w:t>Author Information</w:t>
      </w:r>
    </w:p>
    <w:p w14:paraId="64E8752C" w14:textId="77777777" w:rsidR="0075081A" w:rsidRPr="008E3A88" w:rsidRDefault="00000000" w:rsidP="00A91EF2">
      <w:pPr>
        <w:numPr>
          <w:ilvl w:val="0"/>
          <w:numId w:val="4"/>
        </w:numPr>
        <w:spacing w:after="60"/>
        <w:jc w:val="both"/>
        <w:rPr>
          <w:sz w:val="22"/>
        </w:rPr>
      </w:pPr>
      <w:r w:rsidRPr="008E3A88">
        <w:rPr>
          <w:sz w:val="22"/>
        </w:rPr>
        <w:t>Names: Provide each author's name with initials. Mark the corresponding/principal author with an asterisk. Authors may be listed in the agreed order.</w:t>
      </w:r>
    </w:p>
    <w:p w14:paraId="44E3FD2A" w14:textId="49242EDC" w:rsidR="0075081A" w:rsidRPr="008E3A88" w:rsidRDefault="00000000" w:rsidP="00A91EF2">
      <w:pPr>
        <w:numPr>
          <w:ilvl w:val="0"/>
          <w:numId w:val="4"/>
        </w:numPr>
        <w:spacing w:after="60"/>
        <w:jc w:val="both"/>
        <w:rPr>
          <w:sz w:val="22"/>
        </w:rPr>
      </w:pPr>
      <w:r w:rsidRPr="008E3A88">
        <w:rPr>
          <w:sz w:val="22"/>
        </w:rPr>
        <w:t xml:space="preserve">Affiliations: Provide the institutional affiliation and email address of every author. Use superscript numbers to link authors to their </w:t>
      </w:r>
      <w:r w:rsidR="00C03572" w:rsidRPr="008E3A88">
        <w:rPr>
          <w:sz w:val="22"/>
        </w:rPr>
        <w:t>affiliations and</w:t>
      </w:r>
      <w:r w:rsidRPr="008E3A88">
        <w:rPr>
          <w:sz w:val="22"/>
        </w:rPr>
        <w:t xml:space="preserve"> place the affiliations immediately below the author list.</w:t>
      </w:r>
    </w:p>
    <w:p w14:paraId="79740879" w14:textId="75EF2C04" w:rsidR="0075081A" w:rsidRPr="008E3A88" w:rsidRDefault="00000000" w:rsidP="00A91EF2">
      <w:pPr>
        <w:numPr>
          <w:ilvl w:val="0"/>
          <w:numId w:val="4"/>
        </w:numPr>
        <w:spacing w:after="60"/>
        <w:jc w:val="both"/>
        <w:rPr>
          <w:sz w:val="22"/>
        </w:rPr>
      </w:pPr>
      <w:r w:rsidRPr="008E3A88">
        <w:rPr>
          <w:sz w:val="22"/>
        </w:rPr>
        <w:t xml:space="preserve">Placement: Include the </w:t>
      </w:r>
      <w:r w:rsidR="008E3A88" w:rsidRPr="008E3A88">
        <w:rPr>
          <w:sz w:val="22"/>
        </w:rPr>
        <w:t>author’s</w:t>
      </w:r>
      <w:r w:rsidRPr="008E3A88">
        <w:rPr>
          <w:sz w:val="22"/>
        </w:rPr>
        <w:t xml:space="preserve"> information immediately after the title in both the abstract and extended abstract.</w:t>
      </w:r>
      <w:r w:rsidR="008E3A88" w:rsidRPr="008E3A88">
        <w:rPr>
          <w:sz w:val="22"/>
        </w:rPr>
        <w:t xml:space="preserve"> </w:t>
      </w:r>
    </w:p>
    <w:p w14:paraId="1F4B7AE5" w14:textId="49BDD237" w:rsidR="008E3A88" w:rsidRPr="008E3A88" w:rsidRDefault="008E3A88" w:rsidP="00A91EF2">
      <w:pPr>
        <w:pStyle w:val="ListBullet"/>
        <w:numPr>
          <w:ilvl w:val="0"/>
          <w:numId w:val="4"/>
        </w:numPr>
        <w:jc w:val="both"/>
        <w:rPr>
          <w:rFonts w:ascii="Times New Roman" w:hAnsi="Times New Roman"/>
          <w:color w:val="auto"/>
          <w:sz w:val="22"/>
        </w:rPr>
      </w:pPr>
      <w:r w:rsidRPr="008E3A88">
        <w:rPr>
          <w:sz w:val="22"/>
        </w:rPr>
        <w:t>The Author Declaration Form must be submitted together with the abstract.</w:t>
      </w:r>
    </w:p>
    <w:p w14:paraId="74F8156E" w14:textId="77777777" w:rsidR="008E3A88" w:rsidRDefault="008E3A88" w:rsidP="008E3A88">
      <w:pPr>
        <w:spacing w:after="60"/>
        <w:ind w:left="420"/>
        <w:jc w:val="both"/>
        <w:rPr>
          <w:sz w:val="22"/>
          <w:szCs w:val="24"/>
        </w:rPr>
      </w:pPr>
    </w:p>
    <w:p w14:paraId="73761073" w14:textId="77777777" w:rsidR="0075081A" w:rsidRPr="00A91EF2" w:rsidRDefault="00000000">
      <w:pPr>
        <w:pStyle w:val="Heading1"/>
        <w:rPr>
          <w:sz w:val="28"/>
          <w:szCs w:val="24"/>
        </w:rPr>
      </w:pPr>
      <w:r w:rsidRPr="00A91EF2">
        <w:rPr>
          <w:sz w:val="28"/>
          <w:szCs w:val="24"/>
        </w:rPr>
        <w:t>Important Dates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5600"/>
        <w:gridCol w:w="3760"/>
      </w:tblGrid>
      <w:tr w:rsidR="0075081A" w:rsidRPr="00A91EF2" w14:paraId="1E8A1132" w14:textId="77777777" w:rsidTr="00190A4B">
        <w:tc>
          <w:tcPr>
            <w:tcW w:w="5600" w:type="dxa"/>
            <w:shd w:val="clear" w:color="auto" w:fill="E8F0D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3620DC8" w14:textId="77777777" w:rsidR="0075081A" w:rsidRPr="00A91EF2" w:rsidRDefault="00000000">
            <w:pPr>
              <w:spacing w:after="0"/>
              <w:rPr>
                <w:color w:val="auto"/>
                <w:sz w:val="22"/>
                <w:szCs w:val="24"/>
              </w:rPr>
            </w:pPr>
            <w:r w:rsidRPr="00A91EF2">
              <w:rPr>
                <w:b/>
                <w:color w:val="auto"/>
                <w:sz w:val="22"/>
                <w:szCs w:val="24"/>
              </w:rPr>
              <w:t>Abstract submission</w:t>
            </w:r>
          </w:p>
        </w:tc>
        <w:tc>
          <w:tcPr>
            <w:tcW w:w="3760" w:type="dxa"/>
            <w:shd w:val="clear" w:color="auto" w:fill="E8F0D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3B76AD4" w14:textId="77777777" w:rsidR="0075081A" w:rsidRPr="00A91EF2" w:rsidRDefault="00000000">
            <w:pPr>
              <w:spacing w:after="0"/>
              <w:rPr>
                <w:color w:val="auto"/>
                <w:sz w:val="22"/>
                <w:szCs w:val="24"/>
              </w:rPr>
            </w:pPr>
            <w:r w:rsidRPr="00A91EF2">
              <w:rPr>
                <w:b/>
                <w:color w:val="auto"/>
                <w:sz w:val="22"/>
                <w:szCs w:val="24"/>
              </w:rPr>
              <w:t>15 October 2026</w:t>
            </w:r>
          </w:p>
        </w:tc>
      </w:tr>
      <w:tr w:rsidR="0075081A" w:rsidRPr="00A91EF2" w14:paraId="7FBE7D7F" w14:textId="77777777" w:rsidTr="00190A4B">
        <w:tc>
          <w:tcPr>
            <w:tcW w:w="560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1C27E43" w14:textId="77777777" w:rsidR="0075081A" w:rsidRPr="00A91EF2" w:rsidRDefault="00000000">
            <w:pPr>
              <w:spacing w:after="0"/>
              <w:rPr>
                <w:color w:val="auto"/>
                <w:sz w:val="22"/>
                <w:szCs w:val="24"/>
              </w:rPr>
            </w:pPr>
            <w:r w:rsidRPr="00A91EF2">
              <w:rPr>
                <w:b/>
                <w:color w:val="auto"/>
                <w:sz w:val="22"/>
                <w:szCs w:val="24"/>
              </w:rPr>
              <w:t>Communication to authors</w:t>
            </w:r>
          </w:p>
        </w:tc>
        <w:tc>
          <w:tcPr>
            <w:tcW w:w="376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D7294AE" w14:textId="77777777" w:rsidR="0075081A" w:rsidRPr="00A91EF2" w:rsidRDefault="00000000">
            <w:pPr>
              <w:spacing w:after="0"/>
              <w:rPr>
                <w:color w:val="auto"/>
                <w:sz w:val="22"/>
                <w:szCs w:val="24"/>
              </w:rPr>
            </w:pPr>
            <w:r w:rsidRPr="00A91EF2">
              <w:rPr>
                <w:b/>
                <w:color w:val="auto"/>
                <w:sz w:val="22"/>
                <w:szCs w:val="24"/>
              </w:rPr>
              <w:t>15 November 2026</w:t>
            </w:r>
          </w:p>
        </w:tc>
      </w:tr>
      <w:tr w:rsidR="0075081A" w:rsidRPr="00A91EF2" w14:paraId="7BDE0D17" w14:textId="77777777" w:rsidTr="00190A4B">
        <w:tc>
          <w:tcPr>
            <w:tcW w:w="5600" w:type="dxa"/>
            <w:shd w:val="clear" w:color="auto" w:fill="E8F0D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9E16A5F" w14:textId="77777777" w:rsidR="0075081A" w:rsidRPr="00A91EF2" w:rsidRDefault="00000000">
            <w:pPr>
              <w:spacing w:after="0"/>
              <w:rPr>
                <w:color w:val="auto"/>
                <w:sz w:val="22"/>
                <w:szCs w:val="24"/>
              </w:rPr>
            </w:pPr>
            <w:r w:rsidRPr="00A91EF2">
              <w:rPr>
                <w:b/>
                <w:color w:val="auto"/>
                <w:sz w:val="22"/>
                <w:szCs w:val="24"/>
              </w:rPr>
              <w:t>Submission of final version</w:t>
            </w:r>
          </w:p>
        </w:tc>
        <w:tc>
          <w:tcPr>
            <w:tcW w:w="3760" w:type="dxa"/>
            <w:shd w:val="clear" w:color="auto" w:fill="E8F0D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7BA9474" w14:textId="77777777" w:rsidR="0075081A" w:rsidRPr="00A91EF2" w:rsidRDefault="00000000">
            <w:pPr>
              <w:spacing w:after="0"/>
              <w:rPr>
                <w:color w:val="auto"/>
                <w:sz w:val="22"/>
                <w:szCs w:val="24"/>
              </w:rPr>
            </w:pPr>
            <w:r w:rsidRPr="00A91EF2">
              <w:rPr>
                <w:b/>
                <w:color w:val="auto"/>
                <w:sz w:val="22"/>
                <w:szCs w:val="24"/>
              </w:rPr>
              <w:t>25 November 2026</w:t>
            </w:r>
          </w:p>
        </w:tc>
      </w:tr>
      <w:tr w:rsidR="0075081A" w:rsidRPr="00A91EF2" w14:paraId="328E06DC" w14:textId="77777777" w:rsidTr="00190A4B">
        <w:tc>
          <w:tcPr>
            <w:tcW w:w="560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0A91B3A" w14:textId="77777777" w:rsidR="0075081A" w:rsidRPr="00A91EF2" w:rsidRDefault="00000000">
            <w:pPr>
              <w:spacing w:after="0"/>
              <w:rPr>
                <w:color w:val="auto"/>
                <w:sz w:val="22"/>
                <w:szCs w:val="24"/>
              </w:rPr>
            </w:pPr>
            <w:r w:rsidRPr="00A91EF2">
              <w:rPr>
                <w:b/>
                <w:color w:val="auto"/>
                <w:sz w:val="22"/>
                <w:szCs w:val="24"/>
              </w:rPr>
              <w:t>20th Annual Research Forum (ARF)</w:t>
            </w:r>
          </w:p>
        </w:tc>
        <w:tc>
          <w:tcPr>
            <w:tcW w:w="376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2863AE4" w14:textId="77777777" w:rsidR="0075081A" w:rsidRPr="00A91EF2" w:rsidRDefault="00000000">
            <w:pPr>
              <w:spacing w:after="0"/>
              <w:rPr>
                <w:color w:val="auto"/>
                <w:sz w:val="22"/>
                <w:szCs w:val="24"/>
              </w:rPr>
            </w:pPr>
            <w:r w:rsidRPr="00A91EF2">
              <w:rPr>
                <w:b/>
                <w:color w:val="auto"/>
                <w:sz w:val="22"/>
                <w:szCs w:val="24"/>
              </w:rPr>
              <w:t>17 December 2026</w:t>
            </w:r>
          </w:p>
        </w:tc>
      </w:tr>
    </w:tbl>
    <w:p w14:paraId="253DCB20" w14:textId="77777777" w:rsidR="00AE55CF" w:rsidRDefault="00AE55CF">
      <w:pPr>
        <w:pStyle w:val="Heading1"/>
      </w:pPr>
    </w:p>
    <w:p w14:paraId="0DA9EB16" w14:textId="1B7CFE8B" w:rsidR="0075081A" w:rsidRPr="00A91EF2" w:rsidRDefault="00000000">
      <w:pPr>
        <w:pStyle w:val="Heading1"/>
        <w:rPr>
          <w:sz w:val="28"/>
          <w:szCs w:val="24"/>
        </w:rPr>
      </w:pPr>
      <w:r w:rsidRPr="00A91EF2">
        <w:rPr>
          <w:sz w:val="28"/>
          <w:szCs w:val="24"/>
        </w:rPr>
        <w:t>Contact and Submission Details</w:t>
      </w:r>
    </w:p>
    <w:p w14:paraId="3FACE9B2" w14:textId="3A4D2DBB" w:rsidR="008E3A88" w:rsidRPr="00190A4B" w:rsidRDefault="008E3A88" w:rsidP="00A91EF2">
      <w:pPr>
        <w:jc w:val="both"/>
        <w:rPr>
          <w:sz w:val="22"/>
          <w:szCs w:val="24"/>
        </w:rPr>
      </w:pPr>
      <w:r w:rsidRPr="00190A4B">
        <w:rPr>
          <w:sz w:val="22"/>
          <w:szCs w:val="24"/>
        </w:rPr>
        <w:t xml:space="preserve">Dr. Menuka </w:t>
      </w:r>
      <w:proofErr w:type="spellStart"/>
      <w:r w:rsidRPr="00190A4B">
        <w:rPr>
          <w:sz w:val="22"/>
          <w:szCs w:val="24"/>
        </w:rPr>
        <w:t>Udugama</w:t>
      </w:r>
      <w:proofErr w:type="spellEnd"/>
      <w:r w:rsidRPr="00190A4B">
        <w:rPr>
          <w:sz w:val="22"/>
          <w:szCs w:val="24"/>
        </w:rPr>
        <w:t>- Secretory /SAEA</w:t>
      </w:r>
      <w:r w:rsidR="00190A4B" w:rsidRPr="00190A4B">
        <w:rPr>
          <w:sz w:val="22"/>
          <w:szCs w:val="24"/>
        </w:rPr>
        <w:t>- 0</w:t>
      </w:r>
      <w:r w:rsidR="00190A4B" w:rsidRPr="00190A4B">
        <w:rPr>
          <w:sz w:val="22"/>
          <w:szCs w:val="24"/>
        </w:rPr>
        <w:t>76 381 1062</w:t>
      </w:r>
    </w:p>
    <w:p w14:paraId="6E58CB7F" w14:textId="77777777" w:rsidR="00190A4B" w:rsidRPr="00190A4B" w:rsidRDefault="00190A4B" w:rsidP="00A91EF2">
      <w:pPr>
        <w:jc w:val="both"/>
        <w:rPr>
          <w:sz w:val="22"/>
          <w:szCs w:val="24"/>
        </w:rPr>
      </w:pPr>
      <w:r w:rsidRPr="00190A4B">
        <w:rPr>
          <w:sz w:val="22"/>
          <w:szCs w:val="24"/>
        </w:rPr>
        <w:t xml:space="preserve">Dr. </w:t>
      </w:r>
      <w:proofErr w:type="spellStart"/>
      <w:r w:rsidRPr="00190A4B">
        <w:rPr>
          <w:sz w:val="22"/>
          <w:szCs w:val="24"/>
        </w:rPr>
        <w:t>Nadeeshani</w:t>
      </w:r>
      <w:proofErr w:type="spellEnd"/>
      <w:r w:rsidRPr="00190A4B">
        <w:rPr>
          <w:sz w:val="22"/>
          <w:szCs w:val="24"/>
        </w:rPr>
        <w:t xml:space="preserve"> Silva-Coordinator/ARF- 071 7553936</w:t>
      </w:r>
    </w:p>
    <w:p w14:paraId="4AAC5135" w14:textId="77777777" w:rsidR="0075081A" w:rsidRPr="00190A4B" w:rsidRDefault="00000000" w:rsidP="00A91EF2">
      <w:pPr>
        <w:jc w:val="both"/>
        <w:rPr>
          <w:sz w:val="22"/>
          <w:szCs w:val="24"/>
        </w:rPr>
      </w:pPr>
      <w:r w:rsidRPr="00190A4B">
        <w:rPr>
          <w:b/>
          <w:sz w:val="22"/>
          <w:szCs w:val="24"/>
        </w:rPr>
        <w:t xml:space="preserve">Email: </w:t>
      </w:r>
      <w:r w:rsidRPr="00190A4B">
        <w:rPr>
          <w:color w:val="0563C1"/>
          <w:sz w:val="22"/>
          <w:szCs w:val="24"/>
          <w:u w:val="single"/>
        </w:rPr>
        <w:t>saeassociation@gmail.com</w:t>
      </w:r>
    </w:p>
    <w:p w14:paraId="4FB42A28" w14:textId="77777777" w:rsidR="0075081A" w:rsidRPr="00190A4B" w:rsidRDefault="00000000" w:rsidP="00A91EF2">
      <w:pPr>
        <w:jc w:val="both"/>
        <w:rPr>
          <w:sz w:val="22"/>
          <w:szCs w:val="24"/>
        </w:rPr>
      </w:pPr>
      <w:r w:rsidRPr="00190A4B">
        <w:rPr>
          <w:b/>
          <w:sz w:val="22"/>
          <w:szCs w:val="24"/>
        </w:rPr>
        <w:t xml:space="preserve">Website: </w:t>
      </w:r>
      <w:r w:rsidRPr="00190A4B">
        <w:rPr>
          <w:color w:val="0563C1"/>
          <w:sz w:val="22"/>
          <w:szCs w:val="24"/>
          <w:u w:val="single"/>
        </w:rPr>
        <w:t>https://saea.lk/</w:t>
      </w:r>
    </w:p>
    <w:p w14:paraId="4DC21A72" w14:textId="77777777" w:rsidR="0075081A" w:rsidRPr="00AE55CF" w:rsidRDefault="00000000" w:rsidP="00A91EF2">
      <w:pPr>
        <w:keepLines/>
        <w:spacing w:before="360"/>
        <w:jc w:val="both"/>
        <w:rPr>
          <w:sz w:val="22"/>
          <w:szCs w:val="24"/>
        </w:rPr>
      </w:pPr>
      <w:r w:rsidRPr="00AE55CF">
        <w:rPr>
          <w:b/>
          <w:color w:val="174B3A"/>
          <w:sz w:val="22"/>
          <w:szCs w:val="24"/>
        </w:rPr>
        <w:t xml:space="preserve">Note: </w:t>
      </w:r>
      <w:r w:rsidRPr="00AE55CF">
        <w:rPr>
          <w:color w:val="5E665C"/>
          <w:sz w:val="22"/>
          <w:szCs w:val="24"/>
        </w:rPr>
        <w:t>Authors are responsible for ensuring that all submitted files comply with these guidelines and are received by the stated deadlines.</w:t>
      </w:r>
    </w:p>
    <w:sectPr w:rsidR="0075081A" w:rsidRPr="00AE55CF" w:rsidSect="00034616">
      <w:footerReference w:type="default" r:id="rId8"/>
      <w:pgSz w:w="12240" w:h="15840"/>
      <w:pgMar w:top="965" w:right="1181" w:bottom="936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1B4F7" w14:textId="77777777" w:rsidR="00874EAE" w:rsidRDefault="00874EAE">
      <w:pPr>
        <w:spacing w:after="0" w:line="240" w:lineRule="auto"/>
      </w:pPr>
      <w:r>
        <w:separator/>
      </w:r>
    </w:p>
  </w:endnote>
  <w:endnote w:type="continuationSeparator" w:id="0">
    <w:p w14:paraId="78FE2627" w14:textId="77777777" w:rsidR="00874EAE" w:rsidRDefault="0087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A1CF" w14:textId="77777777" w:rsidR="0075081A" w:rsidRDefault="00000000">
    <w:pPr>
      <w:pStyle w:val="Footer"/>
      <w:spacing w:before="80"/>
      <w:jc w:val="center"/>
    </w:pPr>
    <w:r>
      <w:rPr>
        <w:color w:val="5E665C"/>
        <w:sz w:val="17"/>
      </w:rPr>
      <w:t xml:space="preserve">SAEA 20th ARF </w:t>
    </w:r>
    <w:proofErr w:type="gramStart"/>
    <w:r>
      <w:rPr>
        <w:color w:val="5E665C"/>
        <w:sz w:val="17"/>
      </w:rPr>
      <w:t>2026  |</w:t>
    </w:r>
    <w:proofErr w:type="gramEnd"/>
    <w:r>
      <w:rPr>
        <w:color w:val="5E665C"/>
        <w:sz w:val="17"/>
      </w:rPr>
      <w:t xml:space="preserve">  Page </w:t>
    </w:r>
    <w:r>
      <w:rPr>
        <w:color w:val="5E665C"/>
        <w:sz w:val="17"/>
      </w:rPr>
      <w:fldChar w:fldCharType="begin"/>
    </w:r>
    <w:r>
      <w:rPr>
        <w:color w:val="5E665C"/>
        <w:sz w:val="17"/>
      </w:rPr>
      <w:instrText xml:space="preserve"> PAGE </w:instrText>
    </w:r>
    <w:r w:rsidR="00AE55CF">
      <w:rPr>
        <w:color w:val="5E665C"/>
        <w:sz w:val="17"/>
      </w:rPr>
      <w:fldChar w:fldCharType="separate"/>
    </w:r>
    <w:r w:rsidR="00AE55CF">
      <w:rPr>
        <w:noProof/>
        <w:color w:val="5E665C"/>
        <w:sz w:val="17"/>
      </w:rPr>
      <w:t>1</w:t>
    </w:r>
    <w:r>
      <w:rPr>
        <w:color w:val="5E665C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08F97" w14:textId="77777777" w:rsidR="00874EAE" w:rsidRDefault="00874EAE">
      <w:pPr>
        <w:spacing w:after="0" w:line="240" w:lineRule="auto"/>
      </w:pPr>
      <w:r>
        <w:separator/>
      </w:r>
    </w:p>
  </w:footnote>
  <w:footnote w:type="continuationSeparator" w:id="0">
    <w:p w14:paraId="4CA22A04" w14:textId="77777777" w:rsidR="00874EAE" w:rsidRDefault="00874E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CE0D19"/>
    <w:multiLevelType w:val="multilevel"/>
    <w:tmpl w:val="A89880B4"/>
    <w:lvl w:ilvl="0">
      <w:start w:val="1"/>
      <w:numFmt w:val="bullet"/>
      <w:lvlText w:val=""/>
      <w:lvlJc w:val="left"/>
      <w:pPr>
        <w:tabs>
          <w:tab w:val="num" w:pos="420"/>
        </w:tabs>
        <w:ind w:left="420" w:hanging="24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C0B44E9"/>
    <w:multiLevelType w:val="multilevel"/>
    <w:tmpl w:val="E60C03A4"/>
    <w:lvl w:ilvl="0">
      <w:start w:val="1"/>
      <w:numFmt w:val="lowerLetter"/>
      <w:pStyle w:val="ListBullet"/>
      <w:suff w:val="space"/>
      <w:lvlText w:val="%1)"/>
      <w:lvlJc w:val="left"/>
      <w:pPr>
        <w:tabs>
          <w:tab w:val="num" w:pos="420"/>
        </w:tabs>
        <w:ind w:left="42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3C4406"/>
    <w:multiLevelType w:val="multilevel"/>
    <w:tmpl w:val="B838B918"/>
    <w:lvl w:ilvl="0">
      <w:start w:val="1"/>
      <w:numFmt w:val="lowerLetter"/>
      <w:suff w:val="space"/>
      <w:lvlText w:val="%1)"/>
      <w:lvlJc w:val="left"/>
      <w:pPr>
        <w:tabs>
          <w:tab w:val="num" w:pos="420"/>
        </w:tabs>
        <w:ind w:left="42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8C18E9"/>
    <w:multiLevelType w:val="multilevel"/>
    <w:tmpl w:val="9D3816F6"/>
    <w:lvl w:ilvl="0">
      <w:start w:val="1"/>
      <w:numFmt w:val="lowerLetter"/>
      <w:suff w:val="space"/>
      <w:lvlText w:val="%1)"/>
      <w:lvlJc w:val="left"/>
      <w:pPr>
        <w:tabs>
          <w:tab w:val="num" w:pos="420"/>
        </w:tabs>
        <w:ind w:left="42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0E1DE4"/>
    <w:multiLevelType w:val="multilevel"/>
    <w:tmpl w:val="1346B1E2"/>
    <w:lvl w:ilvl="0">
      <w:start w:val="1"/>
      <w:numFmt w:val="bullet"/>
      <w:lvlText w:val=""/>
      <w:lvlJc w:val="left"/>
      <w:pPr>
        <w:tabs>
          <w:tab w:val="num" w:pos="420"/>
        </w:tabs>
        <w:ind w:left="420" w:hanging="24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3D213E"/>
    <w:multiLevelType w:val="multilevel"/>
    <w:tmpl w:val="BFFE20B4"/>
    <w:lvl w:ilvl="0">
      <w:start w:val="1"/>
      <w:numFmt w:val="bullet"/>
      <w:lvlText w:val=""/>
      <w:lvlJc w:val="left"/>
      <w:pPr>
        <w:tabs>
          <w:tab w:val="num" w:pos="420"/>
        </w:tabs>
        <w:ind w:left="420" w:hanging="24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00788086">
    <w:abstractNumId w:val="10"/>
  </w:num>
  <w:num w:numId="2" w16cid:durableId="958562187">
    <w:abstractNumId w:val="9"/>
  </w:num>
  <w:num w:numId="3" w16cid:durableId="1624265323">
    <w:abstractNumId w:val="13"/>
  </w:num>
  <w:num w:numId="4" w16cid:durableId="2441920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0A4B"/>
    <w:rsid w:val="0029639D"/>
    <w:rsid w:val="00326F90"/>
    <w:rsid w:val="0075081A"/>
    <w:rsid w:val="00874EAE"/>
    <w:rsid w:val="008E3A88"/>
    <w:rsid w:val="00A91EF2"/>
    <w:rsid w:val="00AA1D8D"/>
    <w:rsid w:val="00AE55CF"/>
    <w:rsid w:val="00B47730"/>
    <w:rsid w:val="00C03572"/>
    <w:rsid w:val="00CB0664"/>
    <w:rsid w:val="00FC693F"/>
    <w:rsid w:val="00FD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CF5B01"/>
  <w14:defaultImageDpi w14:val="300"/>
  <w15:docId w15:val="{05BE632A-931A-4737-AE52-236A7841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174B3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8E3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SAEA 20th Annual Research Forum 2026 - Abstract Submission Guidelines</vt:lpstr>
    </vt:vector>
  </TitlesOfParts>
  <Manager/>
  <Company/>
  <LinksUpToDate>false</LinksUpToDate>
  <CharactersWithSpaces>2472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SAEA 20th Annual Research Forum 2026 - Abstract Submission Guidelines</dc:title>
  <dc:subject>Abstract and extended abstract submission requirements</dc:subject>
  <dc:creator>Sri Lanka Agricultural Economics Association (SAEA)</dc:creator>
  <cp:keywords/>
  <dc:description>generated by python-docx</dc:description>
  <cp:lastModifiedBy>ITAdmin</cp:lastModifiedBy>
  <cp:revision>3</cp:revision>
  <dcterms:created xsi:type="dcterms:W3CDTF">2026-09-05T05:44:00Z</dcterms:created>
  <dcterms:modified xsi:type="dcterms:W3CDTF">2026-09-05T11:52:00Z</dcterms:modified>
  <cp:category/>
</cp:coreProperties>
</file>